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9331" w14:textId="77777777" w:rsidR="00202678" w:rsidRPr="00324DC3" w:rsidRDefault="00904E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40"/>
          <w:lang w:val="lv-LV"/>
        </w:rPr>
      </w:pPr>
      <w:r w:rsidRPr="00324DC3">
        <w:rPr>
          <w:rFonts w:ascii="Times New Roman" w:hAnsi="Times New Roman" w:cs="Times New Roman"/>
          <w:b/>
          <w:sz w:val="48"/>
          <w:szCs w:val="40"/>
          <w:lang w:val="lv-LV"/>
        </w:rPr>
        <w:t>Rēķins-paziņojums</w:t>
      </w:r>
    </w:p>
    <w:p w14:paraId="67699471" w14:textId="77777777" w:rsidR="00202678" w:rsidRPr="00324DC3" w:rsidRDefault="00904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324DC3">
        <w:rPr>
          <w:rFonts w:ascii="Times New Roman" w:hAnsi="Times New Roman" w:cs="Times New Roman"/>
          <w:sz w:val="28"/>
          <w:szCs w:val="32"/>
          <w:lang w:val="lv-LV"/>
        </w:rPr>
        <w:t>Dalības maksas apmaksai sacensībās (aizpilda klubs)</w:t>
      </w:r>
    </w:p>
    <w:p w14:paraId="20846C7E" w14:textId="77777777" w:rsidR="00324DC3" w:rsidRPr="00324DC3" w:rsidRDefault="00324DC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3513"/>
        <w:gridCol w:w="1757"/>
        <w:gridCol w:w="1756"/>
        <w:gridCol w:w="3513"/>
        <w:gridCol w:w="113"/>
      </w:tblGrid>
      <w:tr w:rsidR="00202678" w:rsidRPr="00324DC3" w14:paraId="5D44CBEC" w14:textId="77777777">
        <w:trPr>
          <w:gridAfter w:val="1"/>
          <w:wAfter w:w="113" w:type="dxa"/>
          <w:jc w:val="center"/>
        </w:trPr>
        <w:tc>
          <w:tcPr>
            <w:tcW w:w="3513" w:type="dxa"/>
            <w:shd w:val="clear" w:color="auto" w:fill="F2F2F2"/>
            <w:vAlign w:val="center"/>
          </w:tcPr>
          <w:p w14:paraId="5870A47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Dok. Nr.</w:t>
            </w:r>
          </w:p>
        </w:tc>
        <w:tc>
          <w:tcPr>
            <w:tcW w:w="3513" w:type="dxa"/>
            <w:gridSpan w:val="2"/>
            <w:shd w:val="clear" w:color="auto" w:fill="F2F2F2"/>
            <w:vAlign w:val="center"/>
          </w:tcPr>
          <w:p w14:paraId="74634FC2" w14:textId="3F99B91F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Datums</w:t>
            </w:r>
            <w:r w:rsidR="00324DC3" w:rsidRPr="00324DC3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324DC3" w:rsidRPr="00324DC3">
              <w:rPr>
                <w:rFonts w:ascii="Times New Roman" w:hAnsi="Times New Roman" w:cs="Times New Roman"/>
                <w:bCs/>
                <w:lang w:val="lv-LV"/>
              </w:rPr>
              <w:t>(dd.mm.gggg)</w:t>
            </w:r>
          </w:p>
        </w:tc>
        <w:tc>
          <w:tcPr>
            <w:tcW w:w="3513" w:type="dxa"/>
            <w:shd w:val="clear" w:color="auto" w:fill="F2F2F2"/>
            <w:vAlign w:val="center"/>
          </w:tcPr>
          <w:p w14:paraId="20F7CB7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Vieta</w:t>
            </w:r>
          </w:p>
        </w:tc>
      </w:tr>
      <w:tr w:rsidR="00202678" w:rsidRPr="00324DC3" w14:paraId="28EFDEE3" w14:textId="77777777">
        <w:trPr>
          <w:gridAfter w:val="1"/>
          <w:wAfter w:w="113" w:type="dxa"/>
          <w:jc w:val="center"/>
        </w:trPr>
        <w:tc>
          <w:tcPr>
            <w:tcW w:w="3513" w:type="dxa"/>
            <w:vAlign w:val="center"/>
          </w:tcPr>
          <w:p w14:paraId="3350121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  <w:tc>
          <w:tcPr>
            <w:tcW w:w="3513" w:type="dxa"/>
            <w:gridSpan w:val="2"/>
            <w:vAlign w:val="center"/>
          </w:tcPr>
          <w:p w14:paraId="21D2279D" w14:textId="017EEDFA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[____.____.20__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  <w:tc>
          <w:tcPr>
            <w:tcW w:w="3513" w:type="dxa"/>
            <w:vAlign w:val="center"/>
          </w:tcPr>
          <w:p w14:paraId="16467B2B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  <w:tr w:rsidR="00202678" w:rsidRPr="00324DC3" w14:paraId="58180549" w14:textId="77777777">
        <w:trPr>
          <w:jc w:val="center"/>
        </w:trPr>
        <w:tc>
          <w:tcPr>
            <w:tcW w:w="5270" w:type="dxa"/>
            <w:gridSpan w:val="2"/>
            <w:shd w:val="clear" w:color="auto" w:fill="F2F2F2"/>
            <w:vAlign w:val="center"/>
          </w:tcPr>
          <w:p w14:paraId="15468222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Izdevējs (saņēmējs)</w:t>
            </w:r>
          </w:p>
        </w:tc>
        <w:tc>
          <w:tcPr>
            <w:tcW w:w="5270" w:type="dxa"/>
            <w:gridSpan w:val="3"/>
            <w:shd w:val="clear" w:color="auto" w:fill="F2F2F2"/>
            <w:vAlign w:val="center"/>
          </w:tcPr>
          <w:p w14:paraId="4CFB19C2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Pircējs / maksātājs (klubs)</w:t>
            </w:r>
          </w:p>
        </w:tc>
      </w:tr>
      <w:tr w:rsidR="00202678" w:rsidRPr="00324DC3" w14:paraId="603C24ED" w14:textId="77777777">
        <w:trPr>
          <w:jc w:val="center"/>
        </w:trPr>
        <w:tc>
          <w:tcPr>
            <w:tcW w:w="5270" w:type="dxa"/>
            <w:gridSpan w:val="2"/>
          </w:tcPr>
          <w:p w14:paraId="10A4AEA4" w14:textId="2F48F8BD" w:rsidR="00324DC3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 (LLŠF)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Reģ. Nr.: 40008026008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Juridiskā adrese: Grostonas iela 6B, Rīga, LV-1013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 xml:space="preserve">E-pasts: </w:t>
            </w:r>
            <w:hyperlink r:id="rId6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pasts@archery.lv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, </w:t>
            </w:r>
            <w:hyperlink r:id="rId7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valde@archery.lv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14:paraId="2C8FAB3F" w14:textId="43F7B341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Tālrunis: 29216192</w:t>
            </w:r>
          </w:p>
        </w:tc>
        <w:tc>
          <w:tcPr>
            <w:tcW w:w="5270" w:type="dxa"/>
            <w:gridSpan w:val="3"/>
          </w:tcPr>
          <w:p w14:paraId="1EA94EA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Nosaukums: [____________________________]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Reģ. Nr.: [__________]   PVN Nr.: [__________]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Juridiskā adrese: [____________________________]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Kontaktpersona: [________________]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E-pasts: [________________]   Tālrunis: [__________]</w:t>
            </w:r>
          </w:p>
        </w:tc>
      </w:tr>
    </w:tbl>
    <w:p w14:paraId="7503543E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7E618F61" w14:textId="2B123837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b/>
          <w:lang w:val="lv-LV"/>
        </w:rPr>
        <w:t>Informācija par sacensībām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5270"/>
        <w:gridCol w:w="5270"/>
      </w:tblGrid>
      <w:tr w:rsidR="00202678" w:rsidRPr="00324DC3" w14:paraId="2811F4EC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7FC68308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Sacensību nosaukums</w:t>
            </w:r>
          </w:p>
        </w:tc>
        <w:tc>
          <w:tcPr>
            <w:tcW w:w="5270" w:type="dxa"/>
            <w:vAlign w:val="center"/>
          </w:tcPr>
          <w:p w14:paraId="7D9DC16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[Sacensību nosaukums]</w:t>
            </w:r>
          </w:p>
        </w:tc>
      </w:tr>
      <w:tr w:rsidR="00202678" w:rsidRPr="00324DC3" w14:paraId="0CA8B6DA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3EDCD7C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Norises datums</w:t>
            </w:r>
          </w:p>
        </w:tc>
        <w:tc>
          <w:tcPr>
            <w:tcW w:w="5270" w:type="dxa"/>
            <w:vAlign w:val="center"/>
          </w:tcPr>
          <w:p w14:paraId="64F1006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[Datums]</w:t>
            </w:r>
          </w:p>
        </w:tc>
      </w:tr>
      <w:tr w:rsidR="00202678" w:rsidRPr="00324DC3" w14:paraId="23A10DB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3F7B775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Norises vieta</w:t>
            </w:r>
          </w:p>
        </w:tc>
        <w:tc>
          <w:tcPr>
            <w:tcW w:w="5270" w:type="dxa"/>
            <w:vAlign w:val="center"/>
          </w:tcPr>
          <w:p w14:paraId="7E9E8D56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[Vieta]</w:t>
            </w:r>
          </w:p>
        </w:tc>
      </w:tr>
    </w:tbl>
    <w:p w14:paraId="768D7018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7496CCB6" w14:textId="611B7CBE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b/>
          <w:lang w:val="lv-LV"/>
        </w:rPr>
        <w:t>Dalības maksas aprēķins</w:t>
      </w:r>
    </w:p>
    <w:tbl>
      <w:tblPr>
        <w:tblW w:w="1056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4118"/>
        <w:gridCol w:w="1134"/>
        <w:gridCol w:w="1269"/>
        <w:gridCol w:w="875"/>
        <w:gridCol w:w="1243"/>
        <w:gridCol w:w="1506"/>
      </w:tblGrid>
      <w:tr w:rsidR="00202678" w:rsidRPr="00324DC3" w14:paraId="305608D7" w14:textId="77777777" w:rsidTr="00324DC3">
        <w:trPr>
          <w:jc w:val="center"/>
        </w:trPr>
        <w:tc>
          <w:tcPr>
            <w:tcW w:w="419" w:type="dxa"/>
            <w:shd w:val="clear" w:color="auto" w:fill="F2F2F2"/>
            <w:vAlign w:val="center"/>
          </w:tcPr>
          <w:p w14:paraId="58384FA9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Nr.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0354F5D1" w14:textId="0E69A74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Dalībniek</w:t>
            </w:r>
            <w:r w:rsidR="002A68C4">
              <w:rPr>
                <w:rFonts w:ascii="Times New Roman" w:hAnsi="Times New Roman" w:cs="Times New Roman"/>
                <w:b/>
                <w:sz w:val="18"/>
                <w:lang w:val="lv-LV"/>
              </w:rPr>
              <w:t>a vārds uzvārds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D670A38" w14:textId="5641527D" w:rsidR="00202678" w:rsidRPr="00324DC3" w:rsidRDefault="00324D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K</w:t>
            </w:r>
            <w:r w:rsidR="00904E2F"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at</w:t>
            </w: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egorija</w:t>
            </w:r>
          </w:p>
        </w:tc>
        <w:tc>
          <w:tcPr>
            <w:tcW w:w="1269" w:type="dxa"/>
            <w:shd w:val="clear" w:color="auto" w:fill="F2F2F2"/>
            <w:vAlign w:val="center"/>
          </w:tcPr>
          <w:p w14:paraId="25000880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Maksa (EUR)</w:t>
            </w:r>
          </w:p>
        </w:tc>
        <w:tc>
          <w:tcPr>
            <w:tcW w:w="875" w:type="dxa"/>
            <w:shd w:val="clear" w:color="auto" w:fill="F2F2F2"/>
            <w:vAlign w:val="center"/>
          </w:tcPr>
          <w:p w14:paraId="0D52CE2D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Daudz.</w:t>
            </w:r>
          </w:p>
        </w:tc>
        <w:tc>
          <w:tcPr>
            <w:tcW w:w="1243" w:type="dxa"/>
            <w:shd w:val="clear" w:color="auto" w:fill="F2F2F2"/>
            <w:vAlign w:val="center"/>
          </w:tcPr>
          <w:p w14:paraId="3CBC4640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Summa (EUR)</w:t>
            </w:r>
          </w:p>
        </w:tc>
        <w:tc>
          <w:tcPr>
            <w:tcW w:w="1506" w:type="dxa"/>
            <w:shd w:val="clear" w:color="auto" w:fill="F2F2F2"/>
            <w:vAlign w:val="center"/>
          </w:tcPr>
          <w:p w14:paraId="1DDFDE0B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Piez.</w:t>
            </w:r>
          </w:p>
        </w:tc>
      </w:tr>
      <w:tr w:rsidR="00202678" w:rsidRPr="00324DC3" w14:paraId="402EABF4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6F9DE676" w14:textId="23067248" w:rsidR="00202678" w:rsidRPr="00324DC3" w:rsidRDefault="00904E2F" w:rsidP="00324D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1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179F2C37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06FEA75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70827859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584FD31C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0962BEDA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2C407754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02678" w:rsidRPr="00324DC3" w14:paraId="06837F0B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598792B2" w14:textId="495B0B13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2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41139573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7592E00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23468BF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4738380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3E88B55E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1DA2B84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02678" w:rsidRPr="00324DC3" w14:paraId="3D580161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7DAD6BE9" w14:textId="44C4A65A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3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0111BC37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06E331E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3EABD506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1182553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765CD716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62B4637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7439AE77" w14:textId="77777777" w:rsidR="00202678" w:rsidRPr="00324DC3" w:rsidRDefault="00904E2F">
      <w:pPr>
        <w:spacing w:after="0" w:line="240" w:lineRule="auto"/>
        <w:rPr>
          <w:rFonts w:ascii="Times New Roman" w:hAnsi="Times New Roman" w:cs="Times New Roman"/>
          <w:i/>
          <w:sz w:val="17"/>
          <w:lang w:val="lv-LV"/>
        </w:rPr>
      </w:pPr>
      <w:r w:rsidRPr="00324DC3">
        <w:rPr>
          <w:rFonts w:ascii="Times New Roman" w:hAnsi="Times New Roman" w:cs="Times New Roman"/>
          <w:i/>
          <w:sz w:val="17"/>
          <w:lang w:val="lv-LV"/>
        </w:rPr>
        <w:t>Ja ir vairāk sportistu, pievienojiet papildu lapu ar dalībnieku sarakstu tādā pašā formātā.</w:t>
      </w:r>
    </w:p>
    <w:p w14:paraId="418B2B25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righ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165"/>
        <w:gridCol w:w="5435"/>
      </w:tblGrid>
      <w:tr w:rsidR="00202678" w:rsidRPr="00324DC3" w14:paraId="72CEDC35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63E70F54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Starpsumma (EUR)</w:t>
            </w:r>
          </w:p>
        </w:tc>
        <w:tc>
          <w:tcPr>
            <w:tcW w:w="5435" w:type="dxa"/>
            <w:vAlign w:val="center"/>
          </w:tcPr>
          <w:p w14:paraId="3243EC59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36825D24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04E2E135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Atlaide (EUR)</w:t>
            </w:r>
          </w:p>
        </w:tc>
        <w:tc>
          <w:tcPr>
            <w:tcW w:w="5435" w:type="dxa"/>
            <w:vAlign w:val="center"/>
          </w:tcPr>
          <w:p w14:paraId="0EE65CCA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6324CF03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423C0AE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Kopā apmaksai (EUR)</w:t>
            </w:r>
          </w:p>
        </w:tc>
        <w:tc>
          <w:tcPr>
            <w:tcW w:w="5435" w:type="dxa"/>
            <w:vAlign w:val="center"/>
          </w:tcPr>
          <w:p w14:paraId="147B8EDF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</w:tbl>
    <w:p w14:paraId="51345E89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1626834E" w14:textId="55EBC6BF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b/>
          <w:lang w:val="lv-LV"/>
        </w:rPr>
        <w:t>Apmaksas rekvizīti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270"/>
        <w:gridCol w:w="5270"/>
      </w:tblGrid>
      <w:tr w:rsidR="00202678" w:rsidRPr="00324DC3" w14:paraId="0673C46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E87F950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Saņēmējs</w:t>
            </w:r>
          </w:p>
        </w:tc>
        <w:tc>
          <w:tcPr>
            <w:tcW w:w="5270" w:type="dxa"/>
            <w:vAlign w:val="center"/>
          </w:tcPr>
          <w:p w14:paraId="217451D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</w:t>
            </w:r>
          </w:p>
        </w:tc>
      </w:tr>
      <w:tr w:rsidR="00202678" w:rsidRPr="00324DC3" w14:paraId="5ED2AD7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22415D9C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Bankas konts</w:t>
            </w:r>
          </w:p>
        </w:tc>
        <w:tc>
          <w:tcPr>
            <w:tcW w:w="5270" w:type="dxa"/>
            <w:vAlign w:val="center"/>
          </w:tcPr>
          <w:p w14:paraId="40B0EF2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LV31HABA0551037808313</w:t>
            </w:r>
          </w:p>
        </w:tc>
      </w:tr>
      <w:tr w:rsidR="00202678" w:rsidRPr="00324DC3" w14:paraId="183D0D48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3548378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Banka</w:t>
            </w:r>
          </w:p>
        </w:tc>
        <w:tc>
          <w:tcPr>
            <w:tcW w:w="5270" w:type="dxa"/>
            <w:vAlign w:val="center"/>
          </w:tcPr>
          <w:p w14:paraId="6C446E0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AS Swedbank</w:t>
            </w:r>
          </w:p>
        </w:tc>
      </w:tr>
      <w:tr w:rsidR="00202678" w:rsidRPr="00324DC3" w14:paraId="32A9931C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793352CD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Maksājuma mērķis</w:t>
            </w:r>
          </w:p>
        </w:tc>
        <w:tc>
          <w:tcPr>
            <w:tcW w:w="5270" w:type="dxa"/>
            <w:vAlign w:val="center"/>
          </w:tcPr>
          <w:p w14:paraId="40FC85E6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Dalības maksa, [Sacensību nosaukums], [Kluba nosaukums]</w:t>
            </w:r>
          </w:p>
        </w:tc>
      </w:tr>
    </w:tbl>
    <w:p w14:paraId="12138516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</w:p>
    <w:p w14:paraId="2E7D68BF" w14:textId="58C82A81" w:rsidR="00202678" w:rsidRPr="00324DC3" w:rsidRDefault="00904E2F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  <w:r w:rsidRPr="00324DC3">
        <w:rPr>
          <w:rFonts w:ascii="Times New Roman" w:hAnsi="Times New Roman" w:cs="Times New Roman"/>
          <w:sz w:val="18"/>
          <w:lang w:val="lv-LV"/>
        </w:rPr>
        <w:t>Piezīme: šis aizpildītais rēķins-paziņojums kopā ar sacensību nolikumu un bankas maksājuma uzdevumu ir attaisnojuma dokuments grāmatvedības uzskaitei saskaņā ar Grāmatvedības likumu.</w:t>
      </w:r>
    </w:p>
    <w:p w14:paraId="26697077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70" w:type="dxa"/>
          <w:bottom w:w="5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202678" w:rsidRPr="00324DC3" w14:paraId="3845D4C0" w14:textId="77777777">
        <w:trPr>
          <w:jc w:val="center"/>
        </w:trPr>
        <w:tc>
          <w:tcPr>
            <w:tcW w:w="2635" w:type="dxa"/>
            <w:shd w:val="clear" w:color="auto" w:fill="F2F2F2"/>
            <w:vAlign w:val="center"/>
          </w:tcPr>
          <w:p w14:paraId="1C283D7B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Vārds, uzvārds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4ECB6635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Amats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6C1CE6E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Paraksts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2BD22799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Datums</w:t>
            </w:r>
          </w:p>
        </w:tc>
      </w:tr>
      <w:tr w:rsidR="00202678" w:rsidRPr="00324DC3" w14:paraId="075D340B" w14:textId="77777777">
        <w:trPr>
          <w:jc w:val="center"/>
        </w:trPr>
        <w:tc>
          <w:tcPr>
            <w:tcW w:w="2635" w:type="dxa"/>
            <w:vAlign w:val="center"/>
          </w:tcPr>
          <w:p w14:paraId="69FF9E1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0E61D2F9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59E7476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18AB86C0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</w:tbl>
    <w:p w14:paraId="1DA237A1" w14:textId="77777777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i/>
          <w:sz w:val="17"/>
          <w:lang w:val="lv-LV"/>
        </w:rPr>
        <w:t>Dokuments sagatavots rēķinu-paziņojumu sistēmai; atsevišķs rēķins netiek izrakstīts.</w:t>
      </w:r>
    </w:p>
    <w:sectPr w:rsidR="00202678" w:rsidRPr="00324DC3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551683">
    <w:abstractNumId w:val="8"/>
  </w:num>
  <w:num w:numId="2" w16cid:durableId="1621917474">
    <w:abstractNumId w:val="6"/>
  </w:num>
  <w:num w:numId="3" w16cid:durableId="2026250914">
    <w:abstractNumId w:val="5"/>
  </w:num>
  <w:num w:numId="4" w16cid:durableId="1522401355">
    <w:abstractNumId w:val="4"/>
  </w:num>
  <w:num w:numId="5" w16cid:durableId="493569520">
    <w:abstractNumId w:val="7"/>
  </w:num>
  <w:num w:numId="6" w16cid:durableId="2090497389">
    <w:abstractNumId w:val="3"/>
  </w:num>
  <w:num w:numId="7" w16cid:durableId="360477074">
    <w:abstractNumId w:val="2"/>
  </w:num>
  <w:num w:numId="8" w16cid:durableId="844973597">
    <w:abstractNumId w:val="1"/>
  </w:num>
  <w:num w:numId="9" w16cid:durableId="98785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2678"/>
    <w:rsid w:val="0029639D"/>
    <w:rsid w:val="002A68C4"/>
    <w:rsid w:val="00324DC3"/>
    <w:rsid w:val="00326F90"/>
    <w:rsid w:val="00904E2F"/>
    <w:rsid w:val="00AA1D8D"/>
    <w:rsid w:val="00B47730"/>
    <w:rsid w:val="00B90632"/>
    <w:rsid w:val="00C0288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56E93"/>
  <w14:defaultImageDpi w14:val="300"/>
  <w15:docId w15:val="{E163798E-A9F7-4815-869F-080F3135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24D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e@archery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archery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04E3F-3B09-466E-890B-F57C5BD3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Agate Zālīte</cp:lastModifiedBy>
  <cp:revision>3</cp:revision>
  <dcterms:created xsi:type="dcterms:W3CDTF">2026-01-29T08:11:00Z</dcterms:created>
  <dcterms:modified xsi:type="dcterms:W3CDTF">2026-05-05T12:28:00Z</dcterms:modified>
</cp:coreProperties>
</file>