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3B1D9" w14:textId="77777777" w:rsidR="00975572" w:rsidRDefault="00975572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0"/>
          <w:lang w:val="lv-LV"/>
        </w:rPr>
      </w:pPr>
      <w:r w:rsidRPr="00975572">
        <w:rPr>
          <w:rFonts w:ascii="Times New Roman" w:hAnsi="Times New Roman" w:cs="Times New Roman"/>
          <w:b/>
          <w:sz w:val="48"/>
          <w:szCs w:val="40"/>
          <w:lang w:val="lv-LV"/>
        </w:rPr>
        <w:t>Invoice-notification</w:t>
      </w:r>
    </w:p>
    <w:p w14:paraId="20846C7E" w14:textId="36126004" w:rsidR="00324DC3" w:rsidRDefault="009755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  <w:lang w:val="lv-LV"/>
        </w:rPr>
      </w:pPr>
      <w:r w:rsidRPr="00975572">
        <w:rPr>
          <w:rFonts w:ascii="Times New Roman" w:hAnsi="Times New Roman" w:cs="Times New Roman"/>
          <w:sz w:val="28"/>
          <w:szCs w:val="32"/>
          <w:lang w:val="lv-LV"/>
        </w:rPr>
        <w:t>For payment of participation fee in competition (filled by the club)</w:t>
      </w:r>
    </w:p>
    <w:p w14:paraId="40926C10" w14:textId="77777777" w:rsidR="00975572" w:rsidRPr="00324DC3" w:rsidRDefault="00975572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4A0" w:firstRow="1" w:lastRow="0" w:firstColumn="1" w:lastColumn="0" w:noHBand="0" w:noVBand="1"/>
      </w:tblPr>
      <w:tblGrid>
        <w:gridCol w:w="3513"/>
        <w:gridCol w:w="1757"/>
        <w:gridCol w:w="1756"/>
        <w:gridCol w:w="3513"/>
        <w:gridCol w:w="113"/>
      </w:tblGrid>
      <w:tr w:rsidR="00202678" w:rsidRPr="00324DC3" w14:paraId="5D44CBEC" w14:textId="77777777">
        <w:trPr>
          <w:gridAfter w:val="1"/>
          <w:wAfter w:w="113" w:type="dxa"/>
          <w:jc w:val="center"/>
        </w:trPr>
        <w:tc>
          <w:tcPr>
            <w:tcW w:w="3513" w:type="dxa"/>
            <w:shd w:val="clear" w:color="auto" w:fill="F2F2F2"/>
            <w:vAlign w:val="center"/>
          </w:tcPr>
          <w:p w14:paraId="5870A47E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b/>
                <w:lang w:val="lv-LV"/>
              </w:rPr>
              <w:t>Dok. Nr.</w:t>
            </w:r>
          </w:p>
        </w:tc>
        <w:tc>
          <w:tcPr>
            <w:tcW w:w="3513" w:type="dxa"/>
            <w:gridSpan w:val="2"/>
            <w:shd w:val="clear" w:color="auto" w:fill="F2F2F2"/>
            <w:vAlign w:val="center"/>
          </w:tcPr>
          <w:p w14:paraId="74634FC2" w14:textId="5F4ED101" w:rsidR="00202678" w:rsidRPr="00324DC3" w:rsidRDefault="00975572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b/>
                <w:lang w:val="lv-LV"/>
              </w:rPr>
              <w:t>Date</w:t>
            </w:r>
            <w:r w:rsidR="00324DC3" w:rsidRPr="00324DC3">
              <w:rPr>
                <w:rFonts w:ascii="Times New Roman" w:hAnsi="Times New Roman" w:cs="Times New Roman"/>
                <w:b/>
                <w:lang w:val="lv-LV"/>
              </w:rPr>
              <w:t xml:space="preserve"> </w:t>
            </w:r>
            <w:r w:rsidR="00324DC3" w:rsidRPr="00324DC3">
              <w:rPr>
                <w:rFonts w:ascii="Times New Roman" w:hAnsi="Times New Roman" w:cs="Times New Roman"/>
                <w:bCs/>
                <w:lang w:val="lv-LV"/>
              </w:rPr>
              <w:t>(dd.mm.gggg)</w:t>
            </w:r>
          </w:p>
        </w:tc>
        <w:tc>
          <w:tcPr>
            <w:tcW w:w="3513" w:type="dxa"/>
            <w:shd w:val="clear" w:color="auto" w:fill="F2F2F2"/>
            <w:vAlign w:val="center"/>
          </w:tcPr>
          <w:p w14:paraId="20F7CB73" w14:textId="2B450A56" w:rsidR="00202678" w:rsidRPr="00324DC3" w:rsidRDefault="00975572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b/>
                <w:lang w:val="lv-LV"/>
              </w:rPr>
              <w:t>Place</w:t>
            </w:r>
          </w:p>
        </w:tc>
      </w:tr>
      <w:tr w:rsidR="00202678" w:rsidRPr="00324DC3" w14:paraId="28EFDEE3" w14:textId="77777777">
        <w:trPr>
          <w:gridAfter w:val="1"/>
          <w:wAfter w:w="113" w:type="dxa"/>
          <w:jc w:val="center"/>
        </w:trPr>
        <w:tc>
          <w:tcPr>
            <w:tcW w:w="3513" w:type="dxa"/>
            <w:vAlign w:val="center"/>
          </w:tcPr>
          <w:p w14:paraId="33501213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lang w:val="lv-LV"/>
              </w:rPr>
              <w:t>[__________]</w:t>
            </w:r>
          </w:p>
        </w:tc>
        <w:tc>
          <w:tcPr>
            <w:tcW w:w="3513" w:type="dxa"/>
            <w:gridSpan w:val="2"/>
            <w:vAlign w:val="center"/>
          </w:tcPr>
          <w:p w14:paraId="21D2279D" w14:textId="017EEDFA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lang w:val="lv-LV"/>
              </w:rPr>
              <w:t>[____.____.20__</w:t>
            </w:r>
            <w:r w:rsidR="00324DC3" w:rsidRPr="00324DC3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324DC3">
              <w:rPr>
                <w:rFonts w:ascii="Times New Roman" w:hAnsi="Times New Roman" w:cs="Times New Roman"/>
                <w:lang w:val="lv-LV"/>
              </w:rPr>
              <w:t>]</w:t>
            </w:r>
          </w:p>
        </w:tc>
        <w:tc>
          <w:tcPr>
            <w:tcW w:w="3513" w:type="dxa"/>
            <w:vAlign w:val="center"/>
          </w:tcPr>
          <w:p w14:paraId="16467B2B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lang w:val="lv-LV"/>
              </w:rPr>
              <w:t>[____________________]</w:t>
            </w:r>
          </w:p>
        </w:tc>
      </w:tr>
      <w:tr w:rsidR="00202678" w:rsidRPr="00324DC3" w14:paraId="58180549" w14:textId="77777777">
        <w:trPr>
          <w:jc w:val="center"/>
        </w:trPr>
        <w:tc>
          <w:tcPr>
            <w:tcW w:w="5270" w:type="dxa"/>
            <w:gridSpan w:val="2"/>
            <w:shd w:val="clear" w:color="auto" w:fill="F2F2F2"/>
            <w:vAlign w:val="center"/>
          </w:tcPr>
          <w:p w14:paraId="15468222" w14:textId="4454733C" w:rsidR="00202678" w:rsidRPr="00324DC3" w:rsidRDefault="00975572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b/>
                <w:lang w:val="lv-LV"/>
              </w:rPr>
              <w:t>Reciver</w:t>
            </w:r>
          </w:p>
        </w:tc>
        <w:tc>
          <w:tcPr>
            <w:tcW w:w="5270" w:type="dxa"/>
            <w:gridSpan w:val="3"/>
            <w:shd w:val="clear" w:color="auto" w:fill="F2F2F2"/>
            <w:vAlign w:val="center"/>
          </w:tcPr>
          <w:p w14:paraId="4CFB19C2" w14:textId="5A3FBC2A" w:rsidR="00202678" w:rsidRPr="00324DC3" w:rsidRDefault="00975572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b/>
                <w:lang w:val="lv-LV"/>
              </w:rPr>
              <w:t>Payer</w:t>
            </w:r>
            <w:r w:rsidR="00904E2F" w:rsidRPr="00324DC3">
              <w:rPr>
                <w:rFonts w:ascii="Times New Roman" w:hAnsi="Times New Roman" w:cs="Times New Roman"/>
                <w:b/>
                <w:lang w:val="lv-LV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lang w:val="lv-LV"/>
              </w:rPr>
              <w:t>club</w:t>
            </w:r>
            <w:r w:rsidR="00904E2F" w:rsidRPr="00324DC3">
              <w:rPr>
                <w:rFonts w:ascii="Times New Roman" w:hAnsi="Times New Roman" w:cs="Times New Roman"/>
                <w:b/>
                <w:lang w:val="lv-LV"/>
              </w:rPr>
              <w:t>)</w:t>
            </w:r>
          </w:p>
        </w:tc>
      </w:tr>
      <w:tr w:rsidR="00202678" w:rsidRPr="00324DC3" w14:paraId="603C24ED" w14:textId="77777777">
        <w:trPr>
          <w:jc w:val="center"/>
        </w:trPr>
        <w:tc>
          <w:tcPr>
            <w:tcW w:w="5270" w:type="dxa"/>
            <w:gridSpan w:val="2"/>
          </w:tcPr>
          <w:p w14:paraId="10A4AEA4" w14:textId="3B1D50A3" w:rsidR="00324DC3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lang w:val="lv-LV"/>
              </w:rPr>
              <w:t>Latvijas Loka šaušanas federācija (LLŠF)</w:t>
            </w:r>
            <w:r w:rsidRPr="00324DC3">
              <w:rPr>
                <w:rFonts w:ascii="Times New Roman" w:hAnsi="Times New Roman" w:cs="Times New Roman"/>
                <w:lang w:val="lv-LV"/>
              </w:rPr>
              <w:br/>
              <w:t>Re</w:t>
            </w:r>
            <w:r w:rsidR="00975572">
              <w:rPr>
                <w:rFonts w:ascii="Times New Roman" w:hAnsi="Times New Roman" w:cs="Times New Roman"/>
                <w:lang w:val="lv-LV"/>
              </w:rPr>
              <w:t>g</w:t>
            </w:r>
            <w:r w:rsidRPr="00324DC3">
              <w:rPr>
                <w:rFonts w:ascii="Times New Roman" w:hAnsi="Times New Roman" w:cs="Times New Roman"/>
                <w:lang w:val="lv-LV"/>
              </w:rPr>
              <w:t>. Nr.: 40008026008</w:t>
            </w:r>
            <w:r w:rsidRPr="00324DC3">
              <w:rPr>
                <w:rFonts w:ascii="Times New Roman" w:hAnsi="Times New Roman" w:cs="Times New Roman"/>
                <w:lang w:val="lv-LV"/>
              </w:rPr>
              <w:br/>
            </w:r>
            <w:r w:rsidR="00975572">
              <w:rPr>
                <w:rFonts w:ascii="Times New Roman" w:hAnsi="Times New Roman" w:cs="Times New Roman"/>
                <w:lang w:val="lv-LV"/>
              </w:rPr>
              <w:t>Address</w:t>
            </w:r>
            <w:r w:rsidRPr="00324DC3">
              <w:rPr>
                <w:rFonts w:ascii="Times New Roman" w:hAnsi="Times New Roman" w:cs="Times New Roman"/>
                <w:lang w:val="lv-LV"/>
              </w:rPr>
              <w:t>: Grostonas iela 6B, Rīga, LV-1013</w:t>
            </w:r>
            <w:r w:rsidRPr="00324DC3">
              <w:rPr>
                <w:rFonts w:ascii="Times New Roman" w:hAnsi="Times New Roman" w:cs="Times New Roman"/>
                <w:lang w:val="lv-LV"/>
              </w:rPr>
              <w:br/>
              <w:t>E-</w:t>
            </w:r>
            <w:r w:rsidR="00975572">
              <w:rPr>
                <w:rFonts w:ascii="Times New Roman" w:hAnsi="Times New Roman" w:cs="Times New Roman"/>
                <w:lang w:val="lv-LV"/>
              </w:rPr>
              <w:t>mail</w:t>
            </w:r>
            <w:r w:rsidRPr="00324DC3">
              <w:rPr>
                <w:rFonts w:ascii="Times New Roman" w:hAnsi="Times New Roman" w:cs="Times New Roman"/>
                <w:lang w:val="lv-LV"/>
              </w:rPr>
              <w:t xml:space="preserve">: </w:t>
            </w:r>
            <w:hyperlink r:id="rId6" w:history="1">
              <w:r w:rsidR="00324DC3" w:rsidRPr="00324DC3">
                <w:rPr>
                  <w:rStyle w:val="Hyperlink"/>
                  <w:rFonts w:ascii="Times New Roman" w:hAnsi="Times New Roman" w:cs="Times New Roman"/>
                  <w:lang w:val="lv-LV"/>
                </w:rPr>
                <w:t>pasts@archery.lv</w:t>
              </w:r>
            </w:hyperlink>
            <w:r w:rsidR="00324DC3" w:rsidRPr="00324DC3">
              <w:rPr>
                <w:rFonts w:ascii="Times New Roman" w:hAnsi="Times New Roman" w:cs="Times New Roman"/>
                <w:lang w:val="lv-LV"/>
              </w:rPr>
              <w:t xml:space="preserve">, </w:t>
            </w:r>
            <w:hyperlink r:id="rId7" w:history="1">
              <w:r w:rsidR="00324DC3" w:rsidRPr="00324DC3">
                <w:rPr>
                  <w:rStyle w:val="Hyperlink"/>
                  <w:rFonts w:ascii="Times New Roman" w:hAnsi="Times New Roman" w:cs="Times New Roman"/>
                  <w:lang w:val="lv-LV"/>
                </w:rPr>
                <w:t>valde@archery.lv</w:t>
              </w:r>
            </w:hyperlink>
            <w:r w:rsidR="00324DC3" w:rsidRPr="00324DC3">
              <w:rPr>
                <w:rFonts w:ascii="Times New Roman" w:hAnsi="Times New Roman" w:cs="Times New Roman"/>
                <w:lang w:val="lv-LV"/>
              </w:rPr>
              <w:t xml:space="preserve"> </w:t>
            </w:r>
          </w:p>
          <w:p w14:paraId="2C8FAB3F" w14:textId="34723DD0" w:rsidR="00202678" w:rsidRPr="00324DC3" w:rsidRDefault="00975572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Phone</w:t>
            </w:r>
            <w:r w:rsidR="00904E2F" w:rsidRPr="00324DC3">
              <w:rPr>
                <w:rFonts w:ascii="Times New Roman" w:hAnsi="Times New Roman" w:cs="Times New Roman"/>
                <w:lang w:val="lv-LV"/>
              </w:rPr>
              <w:t xml:space="preserve">: </w:t>
            </w:r>
            <w:r>
              <w:rPr>
                <w:rFonts w:ascii="Times New Roman" w:hAnsi="Times New Roman" w:cs="Times New Roman"/>
                <w:lang w:val="lv-LV"/>
              </w:rPr>
              <w:t xml:space="preserve">+371 </w:t>
            </w:r>
            <w:r w:rsidR="00904E2F" w:rsidRPr="00324DC3">
              <w:rPr>
                <w:rFonts w:ascii="Times New Roman" w:hAnsi="Times New Roman" w:cs="Times New Roman"/>
                <w:lang w:val="lv-LV"/>
              </w:rPr>
              <w:t>29216192</w:t>
            </w:r>
          </w:p>
        </w:tc>
        <w:tc>
          <w:tcPr>
            <w:tcW w:w="5270" w:type="dxa"/>
            <w:gridSpan w:val="3"/>
          </w:tcPr>
          <w:p w14:paraId="1EA94EAE" w14:textId="58818887" w:rsidR="00202678" w:rsidRPr="00324DC3" w:rsidRDefault="00975572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Name</w:t>
            </w:r>
            <w:r w:rsidR="00904E2F" w:rsidRPr="00324DC3">
              <w:rPr>
                <w:rFonts w:ascii="Times New Roman" w:hAnsi="Times New Roman" w:cs="Times New Roman"/>
                <w:lang w:val="lv-LV"/>
              </w:rPr>
              <w:t>: [____________________________]</w:t>
            </w:r>
            <w:r w:rsidR="00904E2F" w:rsidRPr="00324DC3">
              <w:rPr>
                <w:rFonts w:ascii="Times New Roman" w:hAnsi="Times New Roman" w:cs="Times New Roman"/>
                <w:lang w:val="lv-LV"/>
              </w:rPr>
              <w:br/>
              <w:t>Re</w:t>
            </w:r>
            <w:r>
              <w:rPr>
                <w:rFonts w:ascii="Times New Roman" w:hAnsi="Times New Roman" w:cs="Times New Roman"/>
                <w:lang w:val="lv-LV"/>
              </w:rPr>
              <w:t>g</w:t>
            </w:r>
            <w:r w:rsidR="00904E2F" w:rsidRPr="00324DC3">
              <w:rPr>
                <w:rFonts w:ascii="Times New Roman" w:hAnsi="Times New Roman" w:cs="Times New Roman"/>
                <w:lang w:val="lv-LV"/>
              </w:rPr>
              <w:t xml:space="preserve">. Nr.: [__________]   </w:t>
            </w:r>
            <w:r>
              <w:rPr>
                <w:rFonts w:ascii="Times New Roman" w:hAnsi="Times New Roman" w:cs="Times New Roman"/>
                <w:lang w:val="lv-LV"/>
              </w:rPr>
              <w:t>Tax</w:t>
            </w:r>
            <w:r w:rsidR="00904E2F" w:rsidRPr="00324DC3">
              <w:rPr>
                <w:rFonts w:ascii="Times New Roman" w:hAnsi="Times New Roman" w:cs="Times New Roman"/>
                <w:lang w:val="lv-LV"/>
              </w:rPr>
              <w:t xml:space="preserve"> Nr.: [__________]</w:t>
            </w:r>
            <w:r w:rsidR="00904E2F" w:rsidRPr="00324DC3">
              <w:rPr>
                <w:rFonts w:ascii="Times New Roman" w:hAnsi="Times New Roman" w:cs="Times New Roman"/>
                <w:lang w:val="lv-LV"/>
              </w:rPr>
              <w:br/>
            </w:r>
            <w:r>
              <w:rPr>
                <w:rFonts w:ascii="Times New Roman" w:hAnsi="Times New Roman" w:cs="Times New Roman"/>
                <w:lang w:val="lv-LV"/>
              </w:rPr>
              <w:t>Adddress</w:t>
            </w:r>
            <w:r w:rsidR="00904E2F" w:rsidRPr="00324DC3">
              <w:rPr>
                <w:rFonts w:ascii="Times New Roman" w:hAnsi="Times New Roman" w:cs="Times New Roman"/>
                <w:lang w:val="lv-LV"/>
              </w:rPr>
              <w:t>: [____________________________]</w:t>
            </w:r>
            <w:r w:rsidR="00904E2F" w:rsidRPr="00324DC3">
              <w:rPr>
                <w:rFonts w:ascii="Times New Roman" w:hAnsi="Times New Roman" w:cs="Times New Roman"/>
                <w:lang w:val="lv-LV"/>
              </w:rPr>
              <w:br/>
            </w:r>
            <w:r>
              <w:rPr>
                <w:rFonts w:ascii="Times New Roman" w:hAnsi="Times New Roman" w:cs="Times New Roman"/>
                <w:lang w:val="lv-LV"/>
              </w:rPr>
              <w:t>Contact person</w:t>
            </w:r>
            <w:r w:rsidR="00904E2F" w:rsidRPr="00324DC3">
              <w:rPr>
                <w:rFonts w:ascii="Times New Roman" w:hAnsi="Times New Roman" w:cs="Times New Roman"/>
                <w:lang w:val="lv-LV"/>
              </w:rPr>
              <w:t>: [________________]</w:t>
            </w:r>
            <w:r w:rsidR="00904E2F" w:rsidRPr="00324DC3">
              <w:rPr>
                <w:rFonts w:ascii="Times New Roman" w:hAnsi="Times New Roman" w:cs="Times New Roman"/>
                <w:lang w:val="lv-LV"/>
              </w:rPr>
              <w:br/>
              <w:t>E-</w:t>
            </w:r>
            <w:r>
              <w:rPr>
                <w:rFonts w:ascii="Times New Roman" w:hAnsi="Times New Roman" w:cs="Times New Roman"/>
                <w:lang w:val="lv-LV"/>
              </w:rPr>
              <w:t>mail</w:t>
            </w:r>
            <w:r w:rsidR="00904E2F" w:rsidRPr="00324DC3">
              <w:rPr>
                <w:rFonts w:ascii="Times New Roman" w:hAnsi="Times New Roman" w:cs="Times New Roman"/>
                <w:lang w:val="lv-LV"/>
              </w:rPr>
              <w:t xml:space="preserve">: [________________]   </w:t>
            </w:r>
            <w:r>
              <w:rPr>
                <w:rFonts w:ascii="Times New Roman" w:hAnsi="Times New Roman" w:cs="Times New Roman"/>
                <w:lang w:val="lv-LV"/>
              </w:rPr>
              <w:t>Phone</w:t>
            </w:r>
            <w:r w:rsidR="00904E2F" w:rsidRPr="00324DC3">
              <w:rPr>
                <w:rFonts w:ascii="Times New Roman" w:hAnsi="Times New Roman" w:cs="Times New Roman"/>
                <w:lang w:val="lv-LV"/>
              </w:rPr>
              <w:t>: [__________]</w:t>
            </w:r>
          </w:p>
        </w:tc>
      </w:tr>
    </w:tbl>
    <w:p w14:paraId="7503543E" w14:textId="77777777" w:rsidR="00324DC3" w:rsidRPr="00324DC3" w:rsidRDefault="00324DC3">
      <w:pPr>
        <w:spacing w:after="0" w:line="240" w:lineRule="auto"/>
        <w:rPr>
          <w:rFonts w:ascii="Times New Roman" w:hAnsi="Times New Roman" w:cs="Times New Roman"/>
          <w:b/>
          <w:lang w:val="lv-LV"/>
        </w:rPr>
      </w:pPr>
    </w:p>
    <w:p w14:paraId="7E618F61" w14:textId="05DC50F0" w:rsidR="00202678" w:rsidRPr="00324DC3" w:rsidRDefault="00975572">
      <w:pPr>
        <w:spacing w:after="0" w:line="240" w:lineRule="auto"/>
        <w:rPr>
          <w:rFonts w:ascii="Times New Roman" w:hAnsi="Times New Roman" w:cs="Times New Roman"/>
          <w:lang w:val="lv-LV"/>
        </w:rPr>
      </w:pPr>
      <w:r w:rsidRPr="00975572">
        <w:rPr>
          <w:rFonts w:ascii="Times New Roman" w:hAnsi="Times New Roman" w:cs="Times New Roman"/>
          <w:b/>
          <w:lang w:val="lv-LV"/>
        </w:rPr>
        <w:t>Competition information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4A0" w:firstRow="1" w:lastRow="0" w:firstColumn="1" w:lastColumn="0" w:noHBand="0" w:noVBand="1"/>
      </w:tblPr>
      <w:tblGrid>
        <w:gridCol w:w="5270"/>
        <w:gridCol w:w="5270"/>
      </w:tblGrid>
      <w:tr w:rsidR="00202678" w:rsidRPr="00324DC3" w14:paraId="2811F4EC" w14:textId="77777777">
        <w:trPr>
          <w:jc w:val="center"/>
        </w:trPr>
        <w:tc>
          <w:tcPr>
            <w:tcW w:w="5270" w:type="dxa"/>
            <w:shd w:val="clear" w:color="auto" w:fill="F2F2F2"/>
            <w:vAlign w:val="center"/>
          </w:tcPr>
          <w:p w14:paraId="7FC68308" w14:textId="63BC9029" w:rsidR="00202678" w:rsidRPr="00324DC3" w:rsidRDefault="00975572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975572">
              <w:rPr>
                <w:rFonts w:ascii="Times New Roman" w:hAnsi="Times New Roman" w:cs="Times New Roman"/>
                <w:b/>
                <w:lang w:val="lv-LV"/>
              </w:rPr>
              <w:t>Competition name</w:t>
            </w:r>
          </w:p>
        </w:tc>
        <w:tc>
          <w:tcPr>
            <w:tcW w:w="5270" w:type="dxa"/>
            <w:vAlign w:val="center"/>
          </w:tcPr>
          <w:p w14:paraId="7D9DC16A" w14:textId="11E1A33F" w:rsidR="00202678" w:rsidRPr="00324DC3" w:rsidRDefault="00975572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975572">
              <w:rPr>
                <w:rFonts w:ascii="Times New Roman" w:hAnsi="Times New Roman" w:cs="Times New Roman"/>
                <w:lang w:val="lv-LV"/>
              </w:rPr>
              <w:t>[Competition name]</w:t>
            </w:r>
          </w:p>
        </w:tc>
      </w:tr>
      <w:tr w:rsidR="00202678" w:rsidRPr="00324DC3" w14:paraId="0CA8B6DA" w14:textId="77777777">
        <w:trPr>
          <w:jc w:val="center"/>
        </w:trPr>
        <w:tc>
          <w:tcPr>
            <w:tcW w:w="5270" w:type="dxa"/>
            <w:shd w:val="clear" w:color="auto" w:fill="F2F2F2"/>
            <w:vAlign w:val="center"/>
          </w:tcPr>
          <w:p w14:paraId="53EDCD7C" w14:textId="6B80F436" w:rsidR="00202678" w:rsidRPr="00324DC3" w:rsidRDefault="00975572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975572">
              <w:rPr>
                <w:rFonts w:ascii="Times New Roman" w:hAnsi="Times New Roman" w:cs="Times New Roman"/>
                <w:b/>
                <w:lang w:val="lv-LV"/>
              </w:rPr>
              <w:t xml:space="preserve">Competition </w:t>
            </w:r>
            <w:r>
              <w:rPr>
                <w:rFonts w:ascii="Times New Roman" w:hAnsi="Times New Roman" w:cs="Times New Roman"/>
                <w:b/>
                <w:lang w:val="lv-LV"/>
              </w:rPr>
              <w:t>dates</w:t>
            </w:r>
          </w:p>
        </w:tc>
        <w:tc>
          <w:tcPr>
            <w:tcW w:w="5270" w:type="dxa"/>
            <w:vAlign w:val="center"/>
          </w:tcPr>
          <w:p w14:paraId="64F10063" w14:textId="0232101F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lang w:val="lv-LV"/>
              </w:rPr>
              <w:t>[</w:t>
            </w:r>
            <w:r w:rsidR="00975572">
              <w:rPr>
                <w:rFonts w:ascii="Times New Roman" w:hAnsi="Times New Roman" w:cs="Times New Roman"/>
                <w:lang w:val="lv-LV"/>
              </w:rPr>
              <w:t>Date</w:t>
            </w:r>
            <w:r w:rsidRPr="00324DC3">
              <w:rPr>
                <w:rFonts w:ascii="Times New Roman" w:hAnsi="Times New Roman" w:cs="Times New Roman"/>
                <w:lang w:val="lv-LV"/>
              </w:rPr>
              <w:t>]</w:t>
            </w:r>
          </w:p>
        </w:tc>
      </w:tr>
      <w:tr w:rsidR="00202678" w:rsidRPr="00324DC3" w14:paraId="23A10DB0" w14:textId="77777777">
        <w:trPr>
          <w:jc w:val="center"/>
        </w:trPr>
        <w:tc>
          <w:tcPr>
            <w:tcW w:w="5270" w:type="dxa"/>
            <w:shd w:val="clear" w:color="auto" w:fill="F2F2F2"/>
            <w:vAlign w:val="center"/>
          </w:tcPr>
          <w:p w14:paraId="3F7B775A" w14:textId="05688B43" w:rsidR="00202678" w:rsidRPr="00324DC3" w:rsidRDefault="00975572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975572">
              <w:rPr>
                <w:rFonts w:ascii="Times New Roman" w:hAnsi="Times New Roman" w:cs="Times New Roman"/>
                <w:b/>
                <w:lang w:val="lv-LV"/>
              </w:rPr>
              <w:t xml:space="preserve">Competition </w:t>
            </w:r>
            <w:r>
              <w:rPr>
                <w:rFonts w:ascii="Times New Roman" w:hAnsi="Times New Roman" w:cs="Times New Roman"/>
                <w:b/>
                <w:lang w:val="lv-LV"/>
              </w:rPr>
              <w:t>place</w:t>
            </w:r>
          </w:p>
        </w:tc>
        <w:tc>
          <w:tcPr>
            <w:tcW w:w="5270" w:type="dxa"/>
            <w:vAlign w:val="center"/>
          </w:tcPr>
          <w:p w14:paraId="7E9E8D56" w14:textId="15C73181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lang w:val="lv-LV"/>
              </w:rPr>
              <w:t>[</w:t>
            </w:r>
            <w:r w:rsidR="00975572">
              <w:rPr>
                <w:rFonts w:ascii="Times New Roman" w:hAnsi="Times New Roman" w:cs="Times New Roman"/>
                <w:lang w:val="lv-LV"/>
              </w:rPr>
              <w:t>Place</w:t>
            </w:r>
            <w:r w:rsidRPr="00324DC3">
              <w:rPr>
                <w:rFonts w:ascii="Times New Roman" w:hAnsi="Times New Roman" w:cs="Times New Roman"/>
                <w:lang w:val="lv-LV"/>
              </w:rPr>
              <w:t>]</w:t>
            </w:r>
          </w:p>
        </w:tc>
      </w:tr>
    </w:tbl>
    <w:p w14:paraId="768D7018" w14:textId="77777777" w:rsidR="00324DC3" w:rsidRPr="00324DC3" w:rsidRDefault="00324DC3">
      <w:pPr>
        <w:spacing w:after="0" w:line="240" w:lineRule="auto"/>
        <w:rPr>
          <w:rFonts w:ascii="Times New Roman" w:hAnsi="Times New Roman" w:cs="Times New Roman"/>
          <w:b/>
          <w:lang w:val="lv-LV"/>
        </w:rPr>
      </w:pPr>
    </w:p>
    <w:p w14:paraId="7496CCB6" w14:textId="7E69C4FC" w:rsidR="00202678" w:rsidRPr="00324DC3" w:rsidRDefault="00975572">
      <w:pPr>
        <w:spacing w:after="0" w:line="240" w:lineRule="auto"/>
        <w:rPr>
          <w:rFonts w:ascii="Times New Roman" w:hAnsi="Times New Roman" w:cs="Times New Roman"/>
          <w:lang w:val="lv-LV"/>
        </w:rPr>
      </w:pPr>
      <w:r w:rsidRPr="00975572">
        <w:rPr>
          <w:rFonts w:ascii="Times New Roman" w:hAnsi="Times New Roman" w:cs="Times New Roman"/>
          <w:b/>
          <w:lang w:val="lv-LV"/>
        </w:rPr>
        <w:t>Participation fee calculation</w:t>
      </w:r>
    </w:p>
    <w:tbl>
      <w:tblPr>
        <w:tblW w:w="10564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40" w:type="dxa"/>
          <w:left w:w="60" w:type="dxa"/>
          <w:bottom w:w="40" w:type="dxa"/>
          <w:right w:w="60" w:type="dxa"/>
        </w:tblCellMar>
        <w:tblLook w:val="04A0" w:firstRow="1" w:lastRow="0" w:firstColumn="1" w:lastColumn="0" w:noHBand="0" w:noVBand="1"/>
      </w:tblPr>
      <w:tblGrid>
        <w:gridCol w:w="419"/>
        <w:gridCol w:w="4118"/>
        <w:gridCol w:w="1134"/>
        <w:gridCol w:w="1269"/>
        <w:gridCol w:w="875"/>
        <w:gridCol w:w="1243"/>
        <w:gridCol w:w="1506"/>
      </w:tblGrid>
      <w:tr w:rsidR="00202678" w:rsidRPr="00324DC3" w14:paraId="305608D7" w14:textId="77777777" w:rsidTr="00324DC3">
        <w:trPr>
          <w:jc w:val="center"/>
        </w:trPr>
        <w:tc>
          <w:tcPr>
            <w:tcW w:w="419" w:type="dxa"/>
            <w:shd w:val="clear" w:color="auto" w:fill="F2F2F2"/>
            <w:vAlign w:val="center"/>
          </w:tcPr>
          <w:p w14:paraId="58384FA9" w14:textId="77777777" w:rsidR="00202678" w:rsidRPr="00324DC3" w:rsidRDefault="00904E2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b/>
                <w:sz w:val="18"/>
                <w:lang w:val="lv-LV"/>
              </w:rPr>
              <w:t>Nr.</w:t>
            </w:r>
          </w:p>
        </w:tc>
        <w:tc>
          <w:tcPr>
            <w:tcW w:w="4118" w:type="dxa"/>
            <w:shd w:val="clear" w:color="auto" w:fill="F2F2F2"/>
            <w:vAlign w:val="center"/>
          </w:tcPr>
          <w:p w14:paraId="0354F5D1" w14:textId="208E9FE5" w:rsidR="00202678" w:rsidRPr="00324DC3" w:rsidRDefault="0097557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975572">
              <w:rPr>
                <w:rFonts w:ascii="Times New Roman" w:hAnsi="Times New Roman" w:cs="Times New Roman"/>
                <w:b/>
                <w:sz w:val="18"/>
                <w:lang w:val="lv-LV"/>
              </w:rPr>
              <w:t>Participant's name and surname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6D670A38" w14:textId="5F758E68" w:rsidR="00202678" w:rsidRPr="00324DC3" w:rsidRDefault="0097557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lv-LV"/>
              </w:rPr>
              <w:t>Category</w:t>
            </w:r>
          </w:p>
        </w:tc>
        <w:tc>
          <w:tcPr>
            <w:tcW w:w="1269" w:type="dxa"/>
            <w:shd w:val="clear" w:color="auto" w:fill="F2F2F2"/>
            <w:vAlign w:val="center"/>
          </w:tcPr>
          <w:p w14:paraId="25000880" w14:textId="08B5DA67" w:rsidR="00202678" w:rsidRPr="00324DC3" w:rsidRDefault="0097557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lv-LV"/>
              </w:rPr>
              <w:t xml:space="preserve">Fee </w:t>
            </w:r>
            <w:r w:rsidR="00904E2F" w:rsidRPr="00324DC3">
              <w:rPr>
                <w:rFonts w:ascii="Times New Roman" w:hAnsi="Times New Roman" w:cs="Times New Roman"/>
                <w:b/>
                <w:sz w:val="18"/>
                <w:lang w:val="lv-LV"/>
              </w:rPr>
              <w:t xml:space="preserve"> (EUR)</w:t>
            </w:r>
          </w:p>
        </w:tc>
        <w:tc>
          <w:tcPr>
            <w:tcW w:w="875" w:type="dxa"/>
            <w:shd w:val="clear" w:color="auto" w:fill="F2F2F2"/>
            <w:vAlign w:val="center"/>
          </w:tcPr>
          <w:p w14:paraId="0D52CE2D" w14:textId="1063AFF4" w:rsidR="00202678" w:rsidRPr="00324DC3" w:rsidRDefault="0097557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lv-LV"/>
              </w:rPr>
              <w:t>Quant</w:t>
            </w:r>
            <w:r w:rsidR="00904E2F" w:rsidRPr="00324DC3">
              <w:rPr>
                <w:rFonts w:ascii="Times New Roman" w:hAnsi="Times New Roman" w:cs="Times New Roman"/>
                <w:b/>
                <w:sz w:val="18"/>
                <w:lang w:val="lv-LV"/>
              </w:rPr>
              <w:t>.</w:t>
            </w:r>
          </w:p>
        </w:tc>
        <w:tc>
          <w:tcPr>
            <w:tcW w:w="1243" w:type="dxa"/>
            <w:shd w:val="clear" w:color="auto" w:fill="F2F2F2"/>
            <w:vAlign w:val="center"/>
          </w:tcPr>
          <w:p w14:paraId="3CBC4640" w14:textId="09F73AC9" w:rsidR="00202678" w:rsidRPr="00324DC3" w:rsidRDefault="0097557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lv-LV"/>
              </w:rPr>
              <w:t>Sum</w:t>
            </w:r>
            <w:r w:rsidR="00904E2F" w:rsidRPr="00324DC3">
              <w:rPr>
                <w:rFonts w:ascii="Times New Roman" w:hAnsi="Times New Roman" w:cs="Times New Roman"/>
                <w:b/>
                <w:sz w:val="18"/>
                <w:lang w:val="lv-LV"/>
              </w:rPr>
              <w:t xml:space="preserve"> (EUR)</w:t>
            </w:r>
          </w:p>
        </w:tc>
        <w:tc>
          <w:tcPr>
            <w:tcW w:w="1506" w:type="dxa"/>
            <w:shd w:val="clear" w:color="auto" w:fill="F2F2F2"/>
            <w:vAlign w:val="center"/>
          </w:tcPr>
          <w:p w14:paraId="1DDFDE0B" w14:textId="58D2E808" w:rsidR="00202678" w:rsidRPr="00324DC3" w:rsidRDefault="0097557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lv-LV"/>
              </w:rPr>
              <w:t>Notes</w:t>
            </w:r>
          </w:p>
        </w:tc>
      </w:tr>
      <w:tr w:rsidR="00202678" w:rsidRPr="00324DC3" w14:paraId="402EABF4" w14:textId="77777777" w:rsidTr="00324DC3">
        <w:trPr>
          <w:trHeight w:hRule="exact" w:val="369"/>
          <w:jc w:val="center"/>
        </w:trPr>
        <w:tc>
          <w:tcPr>
            <w:tcW w:w="419" w:type="dxa"/>
            <w:vAlign w:val="center"/>
          </w:tcPr>
          <w:p w14:paraId="6F9DE676" w14:textId="23067248" w:rsidR="00202678" w:rsidRPr="00324DC3" w:rsidRDefault="00904E2F" w:rsidP="00324DC3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lang w:val="lv-LV"/>
              </w:rPr>
              <w:t>1</w:t>
            </w:r>
            <w:r w:rsidR="00324DC3" w:rsidRPr="00324DC3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4118" w:type="dxa"/>
            <w:vAlign w:val="center"/>
          </w:tcPr>
          <w:p w14:paraId="179F2C37" w14:textId="77777777" w:rsidR="00202678" w:rsidRPr="00324DC3" w:rsidRDefault="00202678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506FEA75" w14:textId="77777777" w:rsidR="00202678" w:rsidRPr="00324DC3" w:rsidRDefault="00202678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69" w:type="dxa"/>
            <w:vAlign w:val="center"/>
          </w:tcPr>
          <w:p w14:paraId="70827859" w14:textId="77777777" w:rsidR="00202678" w:rsidRPr="00324DC3" w:rsidRDefault="00202678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875" w:type="dxa"/>
            <w:vAlign w:val="center"/>
          </w:tcPr>
          <w:p w14:paraId="584FD31C" w14:textId="77777777" w:rsidR="00202678" w:rsidRPr="00324DC3" w:rsidRDefault="00202678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43" w:type="dxa"/>
            <w:vAlign w:val="center"/>
          </w:tcPr>
          <w:p w14:paraId="0962BEDA" w14:textId="77777777" w:rsidR="00202678" w:rsidRPr="00324DC3" w:rsidRDefault="00202678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06" w:type="dxa"/>
            <w:vAlign w:val="center"/>
          </w:tcPr>
          <w:p w14:paraId="2C407754" w14:textId="77777777" w:rsidR="00202678" w:rsidRPr="00324DC3" w:rsidRDefault="00202678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02678" w:rsidRPr="00324DC3" w14:paraId="06837F0B" w14:textId="77777777" w:rsidTr="00324DC3">
        <w:trPr>
          <w:trHeight w:hRule="exact" w:val="369"/>
          <w:jc w:val="center"/>
        </w:trPr>
        <w:tc>
          <w:tcPr>
            <w:tcW w:w="419" w:type="dxa"/>
            <w:vAlign w:val="center"/>
          </w:tcPr>
          <w:p w14:paraId="598792B2" w14:textId="495B0B13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lang w:val="lv-LV"/>
              </w:rPr>
              <w:t>2</w:t>
            </w:r>
            <w:r w:rsidR="00324DC3" w:rsidRPr="00324DC3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4118" w:type="dxa"/>
            <w:vAlign w:val="center"/>
          </w:tcPr>
          <w:p w14:paraId="41139573" w14:textId="77777777" w:rsidR="00202678" w:rsidRPr="00324DC3" w:rsidRDefault="00202678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27592E00" w14:textId="77777777" w:rsidR="00202678" w:rsidRPr="00324DC3" w:rsidRDefault="00202678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69" w:type="dxa"/>
            <w:vAlign w:val="center"/>
          </w:tcPr>
          <w:p w14:paraId="23468BF2" w14:textId="77777777" w:rsidR="00202678" w:rsidRPr="00324DC3" w:rsidRDefault="00202678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875" w:type="dxa"/>
            <w:vAlign w:val="center"/>
          </w:tcPr>
          <w:p w14:paraId="64738380" w14:textId="77777777" w:rsidR="00202678" w:rsidRPr="00324DC3" w:rsidRDefault="00202678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43" w:type="dxa"/>
            <w:vAlign w:val="center"/>
          </w:tcPr>
          <w:p w14:paraId="3E88B55E" w14:textId="77777777" w:rsidR="00202678" w:rsidRPr="00324DC3" w:rsidRDefault="00202678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06" w:type="dxa"/>
            <w:vAlign w:val="center"/>
          </w:tcPr>
          <w:p w14:paraId="1DA2B842" w14:textId="77777777" w:rsidR="00202678" w:rsidRPr="00324DC3" w:rsidRDefault="00202678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02678" w:rsidRPr="00324DC3" w14:paraId="3D580161" w14:textId="77777777" w:rsidTr="00324DC3">
        <w:trPr>
          <w:trHeight w:hRule="exact" w:val="369"/>
          <w:jc w:val="center"/>
        </w:trPr>
        <w:tc>
          <w:tcPr>
            <w:tcW w:w="419" w:type="dxa"/>
            <w:vAlign w:val="center"/>
          </w:tcPr>
          <w:p w14:paraId="7DAD6BE9" w14:textId="44C4A65A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lang w:val="lv-LV"/>
              </w:rPr>
              <w:t>3</w:t>
            </w:r>
            <w:r w:rsidR="00324DC3" w:rsidRPr="00324DC3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4118" w:type="dxa"/>
            <w:vAlign w:val="center"/>
          </w:tcPr>
          <w:p w14:paraId="0111BC37" w14:textId="77777777" w:rsidR="00202678" w:rsidRPr="00324DC3" w:rsidRDefault="00202678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206E331E" w14:textId="77777777" w:rsidR="00202678" w:rsidRPr="00324DC3" w:rsidRDefault="00202678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69" w:type="dxa"/>
            <w:vAlign w:val="center"/>
          </w:tcPr>
          <w:p w14:paraId="3EABD506" w14:textId="77777777" w:rsidR="00202678" w:rsidRPr="00324DC3" w:rsidRDefault="00202678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875" w:type="dxa"/>
            <w:vAlign w:val="center"/>
          </w:tcPr>
          <w:p w14:paraId="61182553" w14:textId="77777777" w:rsidR="00202678" w:rsidRPr="00324DC3" w:rsidRDefault="00202678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43" w:type="dxa"/>
            <w:vAlign w:val="center"/>
          </w:tcPr>
          <w:p w14:paraId="765CD716" w14:textId="77777777" w:rsidR="00202678" w:rsidRPr="00324DC3" w:rsidRDefault="00202678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06" w:type="dxa"/>
            <w:vAlign w:val="center"/>
          </w:tcPr>
          <w:p w14:paraId="62B46372" w14:textId="77777777" w:rsidR="00202678" w:rsidRPr="00324DC3" w:rsidRDefault="00202678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</w:tr>
    </w:tbl>
    <w:p w14:paraId="7439AE77" w14:textId="71AD1A6F" w:rsidR="00202678" w:rsidRPr="00324DC3" w:rsidRDefault="00975572">
      <w:pPr>
        <w:spacing w:after="0" w:line="240" w:lineRule="auto"/>
        <w:rPr>
          <w:rFonts w:ascii="Times New Roman" w:hAnsi="Times New Roman" w:cs="Times New Roman"/>
          <w:i/>
          <w:sz w:val="17"/>
          <w:lang w:val="lv-LV"/>
        </w:rPr>
      </w:pPr>
      <w:r w:rsidRPr="00975572">
        <w:rPr>
          <w:rFonts w:ascii="Times New Roman" w:hAnsi="Times New Roman" w:cs="Times New Roman"/>
          <w:i/>
          <w:sz w:val="17"/>
          <w:lang w:val="lv-LV"/>
        </w:rPr>
        <w:t>If there are more athletes, attach an additional sheet with a list of participants in the same format.</w:t>
      </w:r>
    </w:p>
    <w:p w14:paraId="418B2B25" w14:textId="77777777" w:rsidR="00324DC3" w:rsidRPr="00324DC3" w:rsidRDefault="00324DC3">
      <w:pPr>
        <w:spacing w:after="0" w:line="240" w:lineRule="auto"/>
        <w:rPr>
          <w:rFonts w:ascii="Times New Roman" w:hAnsi="Times New Roman" w:cs="Times New Roman"/>
          <w:lang w:val="lv-LV"/>
        </w:rPr>
      </w:pPr>
    </w:p>
    <w:tbl>
      <w:tblPr>
        <w:tblW w:w="0" w:type="auto"/>
        <w:jc w:val="righ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50" w:type="dxa"/>
          <w:left w:w="80" w:type="dxa"/>
          <w:bottom w:w="50" w:type="dxa"/>
          <w:right w:w="80" w:type="dxa"/>
        </w:tblCellMar>
        <w:tblLook w:val="04A0" w:firstRow="1" w:lastRow="0" w:firstColumn="1" w:lastColumn="0" w:noHBand="0" w:noVBand="1"/>
      </w:tblPr>
      <w:tblGrid>
        <w:gridCol w:w="5165"/>
        <w:gridCol w:w="5435"/>
      </w:tblGrid>
      <w:tr w:rsidR="00202678" w:rsidRPr="00324DC3" w14:paraId="72CEDC35" w14:textId="77777777" w:rsidTr="00324DC3">
        <w:trPr>
          <w:jc w:val="right"/>
        </w:trPr>
        <w:tc>
          <w:tcPr>
            <w:tcW w:w="5165" w:type="dxa"/>
            <w:shd w:val="clear" w:color="auto" w:fill="F2F2F2"/>
            <w:vAlign w:val="center"/>
          </w:tcPr>
          <w:p w14:paraId="63E70F54" w14:textId="266BFD0F" w:rsidR="00202678" w:rsidRPr="00324DC3" w:rsidRDefault="00975572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975572">
              <w:rPr>
                <w:rFonts w:ascii="Times New Roman" w:hAnsi="Times New Roman" w:cs="Times New Roman"/>
                <w:b/>
                <w:lang w:val="lv-LV"/>
              </w:rPr>
              <w:t>Subtotal</w:t>
            </w:r>
            <w:r w:rsidRPr="00975572">
              <w:rPr>
                <w:rFonts w:ascii="Times New Roman" w:hAnsi="Times New Roman" w:cs="Times New Roman"/>
                <w:b/>
                <w:lang w:val="lv-LV"/>
              </w:rPr>
              <w:t xml:space="preserve"> </w:t>
            </w:r>
            <w:r w:rsidR="00904E2F" w:rsidRPr="00324DC3">
              <w:rPr>
                <w:rFonts w:ascii="Times New Roman" w:hAnsi="Times New Roman" w:cs="Times New Roman"/>
                <w:b/>
                <w:lang w:val="lv-LV"/>
              </w:rPr>
              <w:t>(EUR)</w:t>
            </w:r>
          </w:p>
        </w:tc>
        <w:tc>
          <w:tcPr>
            <w:tcW w:w="5435" w:type="dxa"/>
            <w:vAlign w:val="center"/>
          </w:tcPr>
          <w:p w14:paraId="3243EC59" w14:textId="77777777" w:rsidR="00202678" w:rsidRPr="00324DC3" w:rsidRDefault="00904E2F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lang w:val="lv-LV"/>
              </w:rPr>
              <w:t>[__________]</w:t>
            </w:r>
          </w:p>
        </w:tc>
      </w:tr>
      <w:tr w:rsidR="00202678" w:rsidRPr="00324DC3" w14:paraId="36825D24" w14:textId="77777777" w:rsidTr="00324DC3">
        <w:trPr>
          <w:jc w:val="right"/>
        </w:trPr>
        <w:tc>
          <w:tcPr>
            <w:tcW w:w="5165" w:type="dxa"/>
            <w:shd w:val="clear" w:color="auto" w:fill="F2F2F2"/>
            <w:vAlign w:val="center"/>
          </w:tcPr>
          <w:p w14:paraId="04E2E135" w14:textId="17ECC670" w:rsidR="00202678" w:rsidRPr="00324DC3" w:rsidRDefault="00975572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975572">
              <w:rPr>
                <w:rFonts w:ascii="Times New Roman" w:hAnsi="Times New Roman" w:cs="Times New Roman"/>
                <w:b/>
                <w:lang w:val="lv-LV"/>
              </w:rPr>
              <w:t>Discount</w:t>
            </w:r>
            <w:r w:rsidRPr="00975572">
              <w:rPr>
                <w:rFonts w:ascii="Times New Roman" w:hAnsi="Times New Roman" w:cs="Times New Roman"/>
                <w:b/>
                <w:lang w:val="lv-LV"/>
              </w:rPr>
              <w:t xml:space="preserve"> </w:t>
            </w:r>
            <w:r w:rsidR="00904E2F" w:rsidRPr="00324DC3">
              <w:rPr>
                <w:rFonts w:ascii="Times New Roman" w:hAnsi="Times New Roman" w:cs="Times New Roman"/>
                <w:b/>
                <w:lang w:val="lv-LV"/>
              </w:rPr>
              <w:t>(EUR)</w:t>
            </w:r>
          </w:p>
        </w:tc>
        <w:tc>
          <w:tcPr>
            <w:tcW w:w="5435" w:type="dxa"/>
            <w:vAlign w:val="center"/>
          </w:tcPr>
          <w:p w14:paraId="0EE65CCA" w14:textId="77777777" w:rsidR="00202678" w:rsidRPr="00324DC3" w:rsidRDefault="00904E2F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lang w:val="lv-LV"/>
              </w:rPr>
              <w:t>[__________]</w:t>
            </w:r>
          </w:p>
        </w:tc>
      </w:tr>
      <w:tr w:rsidR="00202678" w:rsidRPr="00324DC3" w14:paraId="6324CF03" w14:textId="77777777" w:rsidTr="00324DC3">
        <w:trPr>
          <w:jc w:val="right"/>
        </w:trPr>
        <w:tc>
          <w:tcPr>
            <w:tcW w:w="5165" w:type="dxa"/>
            <w:shd w:val="clear" w:color="auto" w:fill="F2F2F2"/>
            <w:vAlign w:val="center"/>
          </w:tcPr>
          <w:p w14:paraId="423C0AEA" w14:textId="16C3EA48" w:rsidR="00202678" w:rsidRPr="00324DC3" w:rsidRDefault="00975572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b/>
                <w:lang w:val="lv-LV"/>
              </w:rPr>
              <w:t>Total</w:t>
            </w:r>
            <w:r w:rsidR="00904E2F" w:rsidRPr="00324DC3">
              <w:rPr>
                <w:rFonts w:ascii="Times New Roman" w:hAnsi="Times New Roman" w:cs="Times New Roman"/>
                <w:b/>
                <w:lang w:val="lv-LV"/>
              </w:rPr>
              <w:t xml:space="preserve"> (EUR)</w:t>
            </w:r>
          </w:p>
        </w:tc>
        <w:tc>
          <w:tcPr>
            <w:tcW w:w="5435" w:type="dxa"/>
            <w:vAlign w:val="center"/>
          </w:tcPr>
          <w:p w14:paraId="147B8EDF" w14:textId="77777777" w:rsidR="00202678" w:rsidRPr="00324DC3" w:rsidRDefault="00904E2F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lang w:val="lv-LV"/>
              </w:rPr>
              <w:t>[__________]</w:t>
            </w:r>
          </w:p>
        </w:tc>
      </w:tr>
    </w:tbl>
    <w:p w14:paraId="51345E89" w14:textId="77777777" w:rsidR="00324DC3" w:rsidRPr="00324DC3" w:rsidRDefault="00324DC3">
      <w:pPr>
        <w:spacing w:after="0" w:line="240" w:lineRule="auto"/>
        <w:rPr>
          <w:rFonts w:ascii="Times New Roman" w:hAnsi="Times New Roman" w:cs="Times New Roman"/>
          <w:b/>
          <w:lang w:val="lv-LV"/>
        </w:rPr>
      </w:pPr>
    </w:p>
    <w:p w14:paraId="1626834E" w14:textId="7A6601C8" w:rsidR="00202678" w:rsidRPr="00324DC3" w:rsidRDefault="00975572">
      <w:pPr>
        <w:spacing w:after="0" w:line="240" w:lineRule="auto"/>
        <w:rPr>
          <w:rFonts w:ascii="Times New Roman" w:hAnsi="Times New Roman" w:cs="Times New Roman"/>
          <w:lang w:val="lv-LV"/>
        </w:rPr>
      </w:pPr>
      <w:r w:rsidRPr="00975572">
        <w:rPr>
          <w:rFonts w:ascii="Times New Roman" w:hAnsi="Times New Roman" w:cs="Times New Roman"/>
          <w:b/>
          <w:lang w:val="lv-LV"/>
        </w:rPr>
        <w:t>Payment details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50" w:type="dxa"/>
          <w:left w:w="80" w:type="dxa"/>
          <w:bottom w:w="50" w:type="dxa"/>
          <w:right w:w="80" w:type="dxa"/>
        </w:tblCellMar>
        <w:tblLook w:val="04A0" w:firstRow="1" w:lastRow="0" w:firstColumn="1" w:lastColumn="0" w:noHBand="0" w:noVBand="1"/>
      </w:tblPr>
      <w:tblGrid>
        <w:gridCol w:w="5270"/>
        <w:gridCol w:w="5270"/>
      </w:tblGrid>
      <w:tr w:rsidR="00202678" w:rsidRPr="00324DC3" w14:paraId="0673C460" w14:textId="77777777">
        <w:trPr>
          <w:jc w:val="center"/>
        </w:trPr>
        <w:tc>
          <w:tcPr>
            <w:tcW w:w="5270" w:type="dxa"/>
            <w:shd w:val="clear" w:color="auto" w:fill="F2F2F2"/>
            <w:vAlign w:val="center"/>
          </w:tcPr>
          <w:p w14:paraId="5E87F950" w14:textId="192FD27B" w:rsidR="00202678" w:rsidRPr="00324DC3" w:rsidRDefault="00975572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975572">
              <w:rPr>
                <w:rFonts w:ascii="Times New Roman" w:hAnsi="Times New Roman" w:cs="Times New Roman"/>
                <w:b/>
                <w:lang w:val="lv-LV"/>
              </w:rPr>
              <w:t>Recipient</w:t>
            </w:r>
          </w:p>
        </w:tc>
        <w:tc>
          <w:tcPr>
            <w:tcW w:w="5270" w:type="dxa"/>
            <w:vAlign w:val="center"/>
          </w:tcPr>
          <w:p w14:paraId="217451D3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lang w:val="lv-LV"/>
              </w:rPr>
              <w:t>Latvijas Loka šaušanas federācija</w:t>
            </w:r>
          </w:p>
        </w:tc>
      </w:tr>
      <w:tr w:rsidR="00202678" w:rsidRPr="00324DC3" w14:paraId="5ED2AD70" w14:textId="77777777">
        <w:trPr>
          <w:jc w:val="center"/>
        </w:trPr>
        <w:tc>
          <w:tcPr>
            <w:tcW w:w="5270" w:type="dxa"/>
            <w:shd w:val="clear" w:color="auto" w:fill="F2F2F2"/>
            <w:vAlign w:val="center"/>
          </w:tcPr>
          <w:p w14:paraId="22415D9C" w14:textId="23FEA5AA" w:rsidR="00202678" w:rsidRPr="00324DC3" w:rsidRDefault="00975572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975572">
              <w:rPr>
                <w:rFonts w:ascii="Times New Roman" w:hAnsi="Times New Roman" w:cs="Times New Roman"/>
                <w:b/>
                <w:lang w:val="lv-LV"/>
              </w:rPr>
              <w:t>Bank account</w:t>
            </w:r>
          </w:p>
        </w:tc>
        <w:tc>
          <w:tcPr>
            <w:tcW w:w="5270" w:type="dxa"/>
            <w:vAlign w:val="center"/>
          </w:tcPr>
          <w:p w14:paraId="40B0EF21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lang w:val="lv-LV"/>
              </w:rPr>
              <w:t>LV31HABA0551037808313</w:t>
            </w:r>
          </w:p>
        </w:tc>
      </w:tr>
      <w:tr w:rsidR="00202678" w:rsidRPr="00324DC3" w14:paraId="183D0D48" w14:textId="77777777">
        <w:trPr>
          <w:jc w:val="center"/>
        </w:trPr>
        <w:tc>
          <w:tcPr>
            <w:tcW w:w="5270" w:type="dxa"/>
            <w:shd w:val="clear" w:color="auto" w:fill="F2F2F2"/>
            <w:vAlign w:val="center"/>
          </w:tcPr>
          <w:p w14:paraId="53548378" w14:textId="7B2637C8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b/>
                <w:lang w:val="lv-LV"/>
              </w:rPr>
              <w:t>Bank</w:t>
            </w:r>
          </w:p>
        </w:tc>
        <w:tc>
          <w:tcPr>
            <w:tcW w:w="5270" w:type="dxa"/>
            <w:vAlign w:val="center"/>
          </w:tcPr>
          <w:p w14:paraId="6C446E01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lang w:val="lv-LV"/>
              </w:rPr>
              <w:t>AS Swedbank</w:t>
            </w:r>
          </w:p>
        </w:tc>
      </w:tr>
      <w:tr w:rsidR="00202678" w:rsidRPr="00324DC3" w14:paraId="32A9931C" w14:textId="77777777">
        <w:trPr>
          <w:jc w:val="center"/>
        </w:trPr>
        <w:tc>
          <w:tcPr>
            <w:tcW w:w="5270" w:type="dxa"/>
            <w:shd w:val="clear" w:color="auto" w:fill="F2F2F2"/>
            <w:vAlign w:val="center"/>
          </w:tcPr>
          <w:p w14:paraId="793352CD" w14:textId="355B1A57" w:rsidR="00202678" w:rsidRPr="00324DC3" w:rsidRDefault="00975572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975572">
              <w:rPr>
                <w:rFonts w:ascii="Times New Roman" w:hAnsi="Times New Roman" w:cs="Times New Roman"/>
                <w:b/>
                <w:lang w:val="lv-LV"/>
              </w:rPr>
              <w:t>Purpose of payment</w:t>
            </w:r>
          </w:p>
        </w:tc>
        <w:tc>
          <w:tcPr>
            <w:tcW w:w="5270" w:type="dxa"/>
            <w:vAlign w:val="center"/>
          </w:tcPr>
          <w:p w14:paraId="40FC85E6" w14:textId="1B0E09D4" w:rsidR="00202678" w:rsidRPr="00324DC3" w:rsidRDefault="00975572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975572">
              <w:rPr>
                <w:rFonts w:ascii="Times New Roman" w:hAnsi="Times New Roman" w:cs="Times New Roman"/>
                <w:lang w:val="lv-LV"/>
              </w:rPr>
              <w:t>Participation fee</w:t>
            </w:r>
            <w:r w:rsidR="00904E2F" w:rsidRPr="00324DC3">
              <w:rPr>
                <w:rFonts w:ascii="Times New Roman" w:hAnsi="Times New Roman" w:cs="Times New Roman"/>
                <w:lang w:val="lv-LV"/>
              </w:rPr>
              <w:t>, [</w:t>
            </w:r>
            <w:r w:rsidRPr="00975572">
              <w:rPr>
                <w:rFonts w:ascii="Times New Roman" w:hAnsi="Times New Roman" w:cs="Times New Roman"/>
                <w:lang w:val="lv-LV"/>
              </w:rPr>
              <w:t>Competition name</w:t>
            </w:r>
            <w:r w:rsidR="00904E2F" w:rsidRPr="00324DC3">
              <w:rPr>
                <w:rFonts w:ascii="Times New Roman" w:hAnsi="Times New Roman" w:cs="Times New Roman"/>
                <w:lang w:val="lv-LV"/>
              </w:rPr>
              <w:t>], [</w:t>
            </w:r>
            <w:r w:rsidRPr="00975572">
              <w:rPr>
                <w:rFonts w:ascii="Times New Roman" w:hAnsi="Times New Roman" w:cs="Times New Roman"/>
                <w:lang w:val="lv-LV"/>
              </w:rPr>
              <w:t>Club name</w:t>
            </w:r>
            <w:r w:rsidR="00904E2F" w:rsidRPr="00324DC3">
              <w:rPr>
                <w:rFonts w:ascii="Times New Roman" w:hAnsi="Times New Roman" w:cs="Times New Roman"/>
                <w:lang w:val="lv-LV"/>
              </w:rPr>
              <w:t>]</w:t>
            </w:r>
          </w:p>
        </w:tc>
      </w:tr>
    </w:tbl>
    <w:p w14:paraId="12138516" w14:textId="77777777" w:rsidR="00324DC3" w:rsidRPr="00324DC3" w:rsidRDefault="00324DC3">
      <w:pPr>
        <w:spacing w:after="0" w:line="240" w:lineRule="auto"/>
        <w:rPr>
          <w:rFonts w:ascii="Times New Roman" w:hAnsi="Times New Roman" w:cs="Times New Roman"/>
          <w:sz w:val="18"/>
          <w:lang w:val="lv-LV"/>
        </w:rPr>
      </w:pPr>
    </w:p>
    <w:p w14:paraId="26697077" w14:textId="0A696848" w:rsidR="00324DC3" w:rsidRDefault="00975572">
      <w:pPr>
        <w:spacing w:after="0" w:line="240" w:lineRule="auto"/>
        <w:rPr>
          <w:rFonts w:ascii="Times New Roman" w:hAnsi="Times New Roman" w:cs="Times New Roman"/>
          <w:sz w:val="18"/>
          <w:lang w:val="lv-LV"/>
        </w:rPr>
      </w:pPr>
      <w:r w:rsidRPr="00975572">
        <w:rPr>
          <w:rFonts w:ascii="Times New Roman" w:hAnsi="Times New Roman" w:cs="Times New Roman"/>
          <w:sz w:val="18"/>
          <w:lang w:val="lv-LV"/>
        </w:rPr>
        <w:t>Note: this completed invoice-notification, together with the competition regulations and the bank payment order, is a supporting document for accounting purposes in accordance with the Accounting Law.</w:t>
      </w:r>
    </w:p>
    <w:p w14:paraId="037BC3E9" w14:textId="77777777" w:rsidR="00975572" w:rsidRPr="00324DC3" w:rsidRDefault="00975572">
      <w:pPr>
        <w:spacing w:after="0" w:line="240" w:lineRule="auto"/>
        <w:rPr>
          <w:rFonts w:ascii="Times New Roman" w:hAnsi="Times New Roman" w:cs="Times New Roman"/>
          <w:lang w:val="lv-LV"/>
        </w:rPr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50" w:type="dxa"/>
          <w:left w:w="70" w:type="dxa"/>
          <w:bottom w:w="50" w:type="dxa"/>
          <w:right w:w="70" w:type="dxa"/>
        </w:tblCellMar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202678" w:rsidRPr="00324DC3" w14:paraId="3845D4C0" w14:textId="77777777">
        <w:trPr>
          <w:jc w:val="center"/>
        </w:trPr>
        <w:tc>
          <w:tcPr>
            <w:tcW w:w="2635" w:type="dxa"/>
            <w:shd w:val="clear" w:color="auto" w:fill="F2F2F2"/>
            <w:vAlign w:val="center"/>
          </w:tcPr>
          <w:p w14:paraId="1C283D7B" w14:textId="7C3FB307" w:rsidR="00202678" w:rsidRPr="00324DC3" w:rsidRDefault="00975572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975572">
              <w:rPr>
                <w:rFonts w:ascii="Times New Roman" w:hAnsi="Times New Roman" w:cs="Times New Roman"/>
                <w:b/>
                <w:sz w:val="18"/>
                <w:lang w:val="lv-LV"/>
              </w:rPr>
              <w:t>First name, last name</w:t>
            </w:r>
          </w:p>
        </w:tc>
        <w:tc>
          <w:tcPr>
            <w:tcW w:w="2635" w:type="dxa"/>
            <w:shd w:val="clear" w:color="auto" w:fill="F2F2F2"/>
            <w:vAlign w:val="center"/>
          </w:tcPr>
          <w:p w14:paraId="4ECB6635" w14:textId="21E35CE4" w:rsidR="00202678" w:rsidRPr="00324DC3" w:rsidRDefault="00975572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975572">
              <w:rPr>
                <w:rFonts w:ascii="Times New Roman" w:hAnsi="Times New Roman" w:cs="Times New Roman"/>
                <w:b/>
                <w:sz w:val="18"/>
                <w:lang w:val="lv-LV"/>
              </w:rPr>
              <w:t>Position</w:t>
            </w:r>
          </w:p>
        </w:tc>
        <w:tc>
          <w:tcPr>
            <w:tcW w:w="2635" w:type="dxa"/>
            <w:shd w:val="clear" w:color="auto" w:fill="F2F2F2"/>
            <w:vAlign w:val="center"/>
          </w:tcPr>
          <w:p w14:paraId="6C1CE6E1" w14:textId="2078ED83" w:rsidR="00202678" w:rsidRPr="00324DC3" w:rsidRDefault="00975572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975572">
              <w:rPr>
                <w:rFonts w:ascii="Times New Roman" w:hAnsi="Times New Roman" w:cs="Times New Roman"/>
                <w:b/>
                <w:sz w:val="18"/>
                <w:lang w:val="lv-LV"/>
              </w:rPr>
              <w:t>Signature</w:t>
            </w:r>
          </w:p>
        </w:tc>
        <w:tc>
          <w:tcPr>
            <w:tcW w:w="2635" w:type="dxa"/>
            <w:shd w:val="clear" w:color="auto" w:fill="F2F2F2"/>
            <w:vAlign w:val="center"/>
          </w:tcPr>
          <w:p w14:paraId="2BD22799" w14:textId="477C42B6" w:rsidR="00202678" w:rsidRPr="00324DC3" w:rsidRDefault="00975572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lv-LV"/>
              </w:rPr>
              <w:t>Date</w:t>
            </w:r>
          </w:p>
        </w:tc>
      </w:tr>
      <w:tr w:rsidR="00202678" w:rsidRPr="00324DC3" w14:paraId="075D340B" w14:textId="77777777">
        <w:trPr>
          <w:jc w:val="center"/>
        </w:trPr>
        <w:tc>
          <w:tcPr>
            <w:tcW w:w="2635" w:type="dxa"/>
            <w:vAlign w:val="center"/>
          </w:tcPr>
          <w:p w14:paraId="69FF9E1E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lang w:val="lv-LV"/>
              </w:rPr>
              <w:t>[____________________]</w:t>
            </w:r>
          </w:p>
        </w:tc>
        <w:tc>
          <w:tcPr>
            <w:tcW w:w="2635" w:type="dxa"/>
            <w:vAlign w:val="center"/>
          </w:tcPr>
          <w:p w14:paraId="0E61D2F9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lang w:val="lv-LV"/>
              </w:rPr>
              <w:t>[____________________]</w:t>
            </w:r>
          </w:p>
        </w:tc>
        <w:tc>
          <w:tcPr>
            <w:tcW w:w="2635" w:type="dxa"/>
            <w:vAlign w:val="center"/>
          </w:tcPr>
          <w:p w14:paraId="59E7476A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lang w:val="lv-LV"/>
              </w:rPr>
              <w:t>[____________________]</w:t>
            </w:r>
          </w:p>
        </w:tc>
        <w:tc>
          <w:tcPr>
            <w:tcW w:w="2635" w:type="dxa"/>
            <w:vAlign w:val="center"/>
          </w:tcPr>
          <w:p w14:paraId="18AB86C0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lang w:val="lv-LV"/>
              </w:rPr>
              <w:t>[____________________]</w:t>
            </w:r>
          </w:p>
        </w:tc>
      </w:tr>
    </w:tbl>
    <w:p w14:paraId="1DA237A1" w14:textId="794F5066" w:rsidR="00202678" w:rsidRPr="00324DC3" w:rsidRDefault="00975572" w:rsidP="00975572">
      <w:pPr>
        <w:spacing w:after="0" w:line="240" w:lineRule="auto"/>
        <w:rPr>
          <w:rFonts w:ascii="Times New Roman" w:hAnsi="Times New Roman" w:cs="Times New Roman"/>
          <w:lang w:val="lv-LV"/>
        </w:rPr>
      </w:pPr>
      <w:r w:rsidRPr="00975572">
        <w:rPr>
          <w:rFonts w:ascii="Times New Roman" w:hAnsi="Times New Roman" w:cs="Times New Roman"/>
          <w:i/>
          <w:sz w:val="17"/>
          <w:lang w:val="lv-LV"/>
        </w:rPr>
        <w:t>The document is prepared for the invoice-notification system; a separate invoice is not issued.</w:t>
      </w:r>
    </w:p>
    <w:sectPr w:rsidR="00202678" w:rsidRPr="00324DC3" w:rsidSect="00034616">
      <w:pgSz w:w="12240" w:h="15840"/>
      <w:pgMar w:top="680" w:right="850" w:bottom="68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08551683">
    <w:abstractNumId w:val="8"/>
  </w:num>
  <w:num w:numId="2" w16cid:durableId="1621917474">
    <w:abstractNumId w:val="6"/>
  </w:num>
  <w:num w:numId="3" w16cid:durableId="2026250914">
    <w:abstractNumId w:val="5"/>
  </w:num>
  <w:num w:numId="4" w16cid:durableId="1522401355">
    <w:abstractNumId w:val="4"/>
  </w:num>
  <w:num w:numId="5" w16cid:durableId="493569520">
    <w:abstractNumId w:val="7"/>
  </w:num>
  <w:num w:numId="6" w16cid:durableId="2090497389">
    <w:abstractNumId w:val="3"/>
  </w:num>
  <w:num w:numId="7" w16cid:durableId="360477074">
    <w:abstractNumId w:val="2"/>
  </w:num>
  <w:num w:numId="8" w16cid:durableId="844973597">
    <w:abstractNumId w:val="1"/>
  </w:num>
  <w:num w:numId="9" w16cid:durableId="987855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02678"/>
    <w:rsid w:val="0029639D"/>
    <w:rsid w:val="002A68C4"/>
    <w:rsid w:val="00324DC3"/>
    <w:rsid w:val="00326F90"/>
    <w:rsid w:val="00356319"/>
    <w:rsid w:val="00594A32"/>
    <w:rsid w:val="00904E2F"/>
    <w:rsid w:val="00975572"/>
    <w:rsid w:val="00AA1D8D"/>
    <w:rsid w:val="00B47730"/>
    <w:rsid w:val="00B90632"/>
    <w:rsid w:val="00C0288B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256E93"/>
  <w14:defaultImageDpi w14:val="300"/>
  <w15:docId w15:val="{E163798E-A9F7-4815-869F-080F3135D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324D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4D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alde@archery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asts@archery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BB04E3F-3B09-466E-890B-F57C5BD34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1101</Words>
  <Characters>628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Agate Zālīte</cp:lastModifiedBy>
  <cp:revision>6</cp:revision>
  <dcterms:created xsi:type="dcterms:W3CDTF">2026-01-29T08:11:00Z</dcterms:created>
  <dcterms:modified xsi:type="dcterms:W3CDTF">2026-05-05T12:46:00Z</dcterms:modified>
</cp:coreProperties>
</file>