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69331" w14:textId="77777777" w:rsidR="00202678" w:rsidRPr="00324DC3" w:rsidRDefault="00904E2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40"/>
          <w:lang w:val="lv-LV"/>
        </w:rPr>
      </w:pPr>
      <w:r w:rsidRPr="00324DC3">
        <w:rPr>
          <w:rFonts w:ascii="Times New Roman" w:hAnsi="Times New Roman" w:cs="Times New Roman"/>
          <w:b/>
          <w:sz w:val="48"/>
          <w:szCs w:val="40"/>
          <w:lang w:val="lv-LV"/>
        </w:rPr>
        <w:t>Rēķins-paziņojums</w:t>
      </w:r>
    </w:p>
    <w:p w14:paraId="67699471" w14:textId="6EFE503E" w:rsidR="00202678" w:rsidRPr="00324DC3" w:rsidRDefault="00904E2F" w:rsidP="000F62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lv-LV"/>
        </w:rPr>
      </w:pPr>
      <w:r w:rsidRPr="00324DC3">
        <w:rPr>
          <w:rFonts w:ascii="Times New Roman" w:hAnsi="Times New Roman" w:cs="Times New Roman"/>
          <w:sz w:val="28"/>
          <w:szCs w:val="32"/>
          <w:lang w:val="lv-LV"/>
        </w:rPr>
        <w:t>(aizpilda klubs)</w:t>
      </w:r>
    </w:p>
    <w:p w14:paraId="20846C7E" w14:textId="77777777" w:rsidR="00324DC3" w:rsidRPr="00324DC3" w:rsidRDefault="00324DC3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4A0" w:firstRow="1" w:lastRow="0" w:firstColumn="1" w:lastColumn="0" w:noHBand="0" w:noVBand="1"/>
      </w:tblPr>
      <w:tblGrid>
        <w:gridCol w:w="3513"/>
        <w:gridCol w:w="1757"/>
        <w:gridCol w:w="1756"/>
        <w:gridCol w:w="3513"/>
        <w:gridCol w:w="113"/>
      </w:tblGrid>
      <w:tr w:rsidR="00202678" w:rsidRPr="00324DC3" w14:paraId="5D44CBEC" w14:textId="77777777">
        <w:trPr>
          <w:gridAfter w:val="1"/>
          <w:wAfter w:w="113" w:type="dxa"/>
          <w:jc w:val="center"/>
        </w:trPr>
        <w:tc>
          <w:tcPr>
            <w:tcW w:w="3513" w:type="dxa"/>
            <w:shd w:val="clear" w:color="auto" w:fill="F2F2F2"/>
            <w:vAlign w:val="center"/>
          </w:tcPr>
          <w:p w14:paraId="5870A47E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lang w:val="lv-LV"/>
              </w:rPr>
              <w:t>Dok. Nr.</w:t>
            </w:r>
          </w:p>
        </w:tc>
        <w:tc>
          <w:tcPr>
            <w:tcW w:w="3513" w:type="dxa"/>
            <w:gridSpan w:val="2"/>
            <w:shd w:val="clear" w:color="auto" w:fill="F2F2F2"/>
            <w:vAlign w:val="center"/>
          </w:tcPr>
          <w:p w14:paraId="74634FC2" w14:textId="3F99B91F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lang w:val="lv-LV"/>
              </w:rPr>
              <w:t>Datums</w:t>
            </w:r>
            <w:r w:rsidR="00324DC3" w:rsidRPr="00324DC3">
              <w:rPr>
                <w:rFonts w:ascii="Times New Roman" w:hAnsi="Times New Roman" w:cs="Times New Roman"/>
                <w:b/>
                <w:lang w:val="lv-LV"/>
              </w:rPr>
              <w:t xml:space="preserve"> </w:t>
            </w:r>
            <w:r w:rsidR="00324DC3" w:rsidRPr="00324DC3">
              <w:rPr>
                <w:rFonts w:ascii="Times New Roman" w:hAnsi="Times New Roman" w:cs="Times New Roman"/>
                <w:bCs/>
                <w:lang w:val="lv-LV"/>
              </w:rPr>
              <w:t>(dd.mm.gggg)</w:t>
            </w:r>
          </w:p>
        </w:tc>
        <w:tc>
          <w:tcPr>
            <w:tcW w:w="3513" w:type="dxa"/>
            <w:shd w:val="clear" w:color="auto" w:fill="F2F2F2"/>
            <w:vAlign w:val="center"/>
          </w:tcPr>
          <w:p w14:paraId="20F7CB73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lang w:val="lv-LV"/>
              </w:rPr>
              <w:t>Vieta</w:t>
            </w:r>
          </w:p>
        </w:tc>
      </w:tr>
      <w:tr w:rsidR="00202678" w:rsidRPr="00324DC3" w14:paraId="28EFDEE3" w14:textId="77777777">
        <w:trPr>
          <w:gridAfter w:val="1"/>
          <w:wAfter w:w="113" w:type="dxa"/>
          <w:jc w:val="center"/>
        </w:trPr>
        <w:tc>
          <w:tcPr>
            <w:tcW w:w="3513" w:type="dxa"/>
            <w:vAlign w:val="center"/>
          </w:tcPr>
          <w:p w14:paraId="33501213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[__________]</w:t>
            </w:r>
          </w:p>
        </w:tc>
        <w:tc>
          <w:tcPr>
            <w:tcW w:w="3513" w:type="dxa"/>
            <w:gridSpan w:val="2"/>
            <w:vAlign w:val="center"/>
          </w:tcPr>
          <w:p w14:paraId="21D2279D" w14:textId="017EEDFA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[____.____.20__</w:t>
            </w:r>
            <w:r w:rsidR="00324DC3" w:rsidRPr="00324DC3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324DC3">
              <w:rPr>
                <w:rFonts w:ascii="Times New Roman" w:hAnsi="Times New Roman" w:cs="Times New Roman"/>
                <w:lang w:val="lv-LV"/>
              </w:rPr>
              <w:t>]</w:t>
            </w:r>
          </w:p>
        </w:tc>
        <w:tc>
          <w:tcPr>
            <w:tcW w:w="3513" w:type="dxa"/>
            <w:vAlign w:val="center"/>
          </w:tcPr>
          <w:p w14:paraId="16467B2B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[____________________]</w:t>
            </w:r>
          </w:p>
        </w:tc>
      </w:tr>
      <w:tr w:rsidR="00202678" w:rsidRPr="00324DC3" w14:paraId="58180549" w14:textId="77777777">
        <w:trPr>
          <w:jc w:val="center"/>
        </w:trPr>
        <w:tc>
          <w:tcPr>
            <w:tcW w:w="5270" w:type="dxa"/>
            <w:gridSpan w:val="2"/>
            <w:shd w:val="clear" w:color="auto" w:fill="F2F2F2"/>
            <w:vAlign w:val="center"/>
          </w:tcPr>
          <w:p w14:paraId="15468222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lang w:val="lv-LV"/>
              </w:rPr>
              <w:t>Izdevējs (saņēmējs)</w:t>
            </w:r>
          </w:p>
        </w:tc>
        <w:tc>
          <w:tcPr>
            <w:tcW w:w="5270" w:type="dxa"/>
            <w:gridSpan w:val="3"/>
            <w:shd w:val="clear" w:color="auto" w:fill="F2F2F2"/>
            <w:vAlign w:val="center"/>
          </w:tcPr>
          <w:p w14:paraId="4CFB19C2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lang w:val="lv-LV"/>
              </w:rPr>
              <w:t>Pircējs / maksātājs (klubs)</w:t>
            </w:r>
          </w:p>
        </w:tc>
      </w:tr>
      <w:tr w:rsidR="00202678" w:rsidRPr="00324DC3" w14:paraId="603C24ED" w14:textId="77777777">
        <w:trPr>
          <w:jc w:val="center"/>
        </w:trPr>
        <w:tc>
          <w:tcPr>
            <w:tcW w:w="5270" w:type="dxa"/>
            <w:gridSpan w:val="2"/>
          </w:tcPr>
          <w:p w14:paraId="10A4AEA4" w14:textId="2F48F8BD" w:rsidR="00324DC3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Latvijas Loka šaušanas federācija (LLŠF)</w:t>
            </w:r>
            <w:r w:rsidRPr="00324DC3">
              <w:rPr>
                <w:rFonts w:ascii="Times New Roman" w:hAnsi="Times New Roman" w:cs="Times New Roman"/>
                <w:lang w:val="lv-LV"/>
              </w:rPr>
              <w:br/>
              <w:t>Reģ. Nr.: 40008026008</w:t>
            </w:r>
            <w:r w:rsidRPr="00324DC3">
              <w:rPr>
                <w:rFonts w:ascii="Times New Roman" w:hAnsi="Times New Roman" w:cs="Times New Roman"/>
                <w:lang w:val="lv-LV"/>
              </w:rPr>
              <w:br/>
              <w:t>Juridiskā adrese: Grostonas iela 6B, Rīga, LV-1013</w:t>
            </w:r>
            <w:r w:rsidRPr="00324DC3">
              <w:rPr>
                <w:rFonts w:ascii="Times New Roman" w:hAnsi="Times New Roman" w:cs="Times New Roman"/>
                <w:lang w:val="lv-LV"/>
              </w:rPr>
              <w:br/>
              <w:t xml:space="preserve">E-pasts: </w:t>
            </w:r>
            <w:hyperlink r:id="rId6" w:history="1">
              <w:r w:rsidR="00324DC3" w:rsidRPr="00324DC3">
                <w:rPr>
                  <w:rStyle w:val="Hyperlink"/>
                  <w:rFonts w:ascii="Times New Roman" w:hAnsi="Times New Roman" w:cs="Times New Roman"/>
                  <w:lang w:val="lv-LV"/>
                </w:rPr>
                <w:t>pasts@archery.lv</w:t>
              </w:r>
            </w:hyperlink>
            <w:r w:rsidR="00324DC3" w:rsidRPr="00324DC3">
              <w:rPr>
                <w:rFonts w:ascii="Times New Roman" w:hAnsi="Times New Roman" w:cs="Times New Roman"/>
                <w:lang w:val="lv-LV"/>
              </w:rPr>
              <w:t xml:space="preserve">, </w:t>
            </w:r>
            <w:hyperlink r:id="rId7" w:history="1">
              <w:r w:rsidR="00324DC3" w:rsidRPr="00324DC3">
                <w:rPr>
                  <w:rStyle w:val="Hyperlink"/>
                  <w:rFonts w:ascii="Times New Roman" w:hAnsi="Times New Roman" w:cs="Times New Roman"/>
                  <w:lang w:val="lv-LV"/>
                </w:rPr>
                <w:t>valde@archery.lv</w:t>
              </w:r>
            </w:hyperlink>
            <w:r w:rsidR="00324DC3" w:rsidRPr="00324DC3">
              <w:rPr>
                <w:rFonts w:ascii="Times New Roman" w:hAnsi="Times New Roman" w:cs="Times New Roman"/>
                <w:lang w:val="lv-LV"/>
              </w:rPr>
              <w:t xml:space="preserve"> </w:t>
            </w:r>
          </w:p>
          <w:p w14:paraId="2C8FAB3F" w14:textId="43F7B341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Tālrunis: 29216192</w:t>
            </w:r>
          </w:p>
        </w:tc>
        <w:tc>
          <w:tcPr>
            <w:tcW w:w="5270" w:type="dxa"/>
            <w:gridSpan w:val="3"/>
          </w:tcPr>
          <w:p w14:paraId="1EA94EAE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Nosaukums: [____________________________]</w:t>
            </w:r>
            <w:r w:rsidRPr="00324DC3">
              <w:rPr>
                <w:rFonts w:ascii="Times New Roman" w:hAnsi="Times New Roman" w:cs="Times New Roman"/>
                <w:lang w:val="lv-LV"/>
              </w:rPr>
              <w:br/>
              <w:t>Reģ. Nr.: [__________]   PVN Nr.: [__________]</w:t>
            </w:r>
            <w:r w:rsidRPr="00324DC3">
              <w:rPr>
                <w:rFonts w:ascii="Times New Roman" w:hAnsi="Times New Roman" w:cs="Times New Roman"/>
                <w:lang w:val="lv-LV"/>
              </w:rPr>
              <w:br/>
              <w:t>Juridiskā adrese: [____________________________]</w:t>
            </w:r>
            <w:r w:rsidRPr="00324DC3">
              <w:rPr>
                <w:rFonts w:ascii="Times New Roman" w:hAnsi="Times New Roman" w:cs="Times New Roman"/>
                <w:lang w:val="lv-LV"/>
              </w:rPr>
              <w:br/>
              <w:t>Kontaktpersona: [________________]</w:t>
            </w:r>
            <w:r w:rsidRPr="00324DC3">
              <w:rPr>
                <w:rFonts w:ascii="Times New Roman" w:hAnsi="Times New Roman" w:cs="Times New Roman"/>
                <w:lang w:val="lv-LV"/>
              </w:rPr>
              <w:br/>
              <w:t>E-pasts: [________________]   Tālrunis: [__________]</w:t>
            </w:r>
          </w:p>
        </w:tc>
      </w:tr>
    </w:tbl>
    <w:p w14:paraId="768D7018" w14:textId="77777777" w:rsidR="00324DC3" w:rsidRPr="00324DC3" w:rsidRDefault="00324DC3">
      <w:pPr>
        <w:spacing w:after="0" w:line="240" w:lineRule="auto"/>
        <w:rPr>
          <w:rFonts w:ascii="Times New Roman" w:hAnsi="Times New Roman" w:cs="Times New Roman"/>
          <w:b/>
          <w:lang w:val="lv-LV"/>
        </w:rPr>
      </w:pPr>
    </w:p>
    <w:p w14:paraId="7496CCB6" w14:textId="5AC2F3F6" w:rsidR="00202678" w:rsidRPr="00324DC3" w:rsidRDefault="000F6291">
      <w:pPr>
        <w:spacing w:after="0" w:line="240" w:lineRule="auto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b/>
          <w:lang w:val="lv-LV"/>
        </w:rPr>
        <w:t>Maskājuma mērķis</w:t>
      </w:r>
    </w:p>
    <w:tbl>
      <w:tblPr>
        <w:tblW w:w="10510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40" w:type="dxa"/>
          <w:left w:w="60" w:type="dxa"/>
          <w:bottom w:w="40" w:type="dxa"/>
          <w:right w:w="60" w:type="dxa"/>
        </w:tblCellMar>
        <w:tblLook w:val="04A0" w:firstRow="1" w:lastRow="0" w:firstColumn="1" w:lastColumn="0" w:noHBand="0" w:noVBand="1"/>
      </w:tblPr>
      <w:tblGrid>
        <w:gridCol w:w="419"/>
        <w:gridCol w:w="5198"/>
        <w:gridCol w:w="1269"/>
        <w:gridCol w:w="875"/>
        <w:gridCol w:w="1243"/>
        <w:gridCol w:w="1506"/>
      </w:tblGrid>
      <w:tr w:rsidR="000F6291" w:rsidRPr="00324DC3" w14:paraId="305608D7" w14:textId="77777777" w:rsidTr="000F6291">
        <w:trPr>
          <w:jc w:val="center"/>
        </w:trPr>
        <w:tc>
          <w:tcPr>
            <w:tcW w:w="419" w:type="dxa"/>
            <w:shd w:val="clear" w:color="auto" w:fill="F2F2F2"/>
            <w:vAlign w:val="center"/>
          </w:tcPr>
          <w:p w14:paraId="58384FA9" w14:textId="77777777" w:rsidR="000F6291" w:rsidRPr="00324DC3" w:rsidRDefault="000F629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sz w:val="18"/>
                <w:lang w:val="lv-LV"/>
              </w:rPr>
              <w:t>Nr.</w:t>
            </w:r>
          </w:p>
        </w:tc>
        <w:tc>
          <w:tcPr>
            <w:tcW w:w="5198" w:type="dxa"/>
            <w:shd w:val="clear" w:color="auto" w:fill="F2F2F2"/>
            <w:vAlign w:val="center"/>
          </w:tcPr>
          <w:p w14:paraId="0354F5D1" w14:textId="196EF2AB" w:rsidR="000F6291" w:rsidRPr="00324DC3" w:rsidRDefault="000F629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lv-LV"/>
              </w:rPr>
              <w:t>Maskājuma mērķis</w:t>
            </w:r>
          </w:p>
        </w:tc>
        <w:tc>
          <w:tcPr>
            <w:tcW w:w="1269" w:type="dxa"/>
            <w:shd w:val="clear" w:color="auto" w:fill="F2F2F2"/>
            <w:vAlign w:val="center"/>
          </w:tcPr>
          <w:p w14:paraId="25000880" w14:textId="77777777" w:rsidR="000F6291" w:rsidRPr="00324DC3" w:rsidRDefault="000F629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sz w:val="18"/>
                <w:lang w:val="lv-LV"/>
              </w:rPr>
              <w:t>Maksa (EUR)</w:t>
            </w:r>
          </w:p>
        </w:tc>
        <w:tc>
          <w:tcPr>
            <w:tcW w:w="875" w:type="dxa"/>
            <w:shd w:val="clear" w:color="auto" w:fill="F2F2F2"/>
            <w:vAlign w:val="center"/>
          </w:tcPr>
          <w:p w14:paraId="0D52CE2D" w14:textId="77777777" w:rsidR="000F6291" w:rsidRPr="00324DC3" w:rsidRDefault="000F629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sz w:val="18"/>
                <w:lang w:val="lv-LV"/>
              </w:rPr>
              <w:t>Daudz.</w:t>
            </w:r>
          </w:p>
        </w:tc>
        <w:tc>
          <w:tcPr>
            <w:tcW w:w="1243" w:type="dxa"/>
            <w:shd w:val="clear" w:color="auto" w:fill="F2F2F2"/>
            <w:vAlign w:val="center"/>
          </w:tcPr>
          <w:p w14:paraId="3CBC4640" w14:textId="77777777" w:rsidR="000F6291" w:rsidRPr="00324DC3" w:rsidRDefault="000F629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sz w:val="18"/>
                <w:lang w:val="lv-LV"/>
              </w:rPr>
              <w:t>Summa (EUR)</w:t>
            </w:r>
          </w:p>
        </w:tc>
        <w:tc>
          <w:tcPr>
            <w:tcW w:w="1506" w:type="dxa"/>
            <w:shd w:val="clear" w:color="auto" w:fill="F2F2F2"/>
            <w:vAlign w:val="center"/>
          </w:tcPr>
          <w:p w14:paraId="1DDFDE0B" w14:textId="77777777" w:rsidR="000F6291" w:rsidRPr="00324DC3" w:rsidRDefault="000F629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sz w:val="18"/>
                <w:lang w:val="lv-LV"/>
              </w:rPr>
              <w:t>Piez.</w:t>
            </w:r>
          </w:p>
        </w:tc>
      </w:tr>
      <w:tr w:rsidR="000F6291" w:rsidRPr="00324DC3" w14:paraId="402EABF4" w14:textId="77777777" w:rsidTr="000F6291">
        <w:trPr>
          <w:trHeight w:hRule="exact" w:val="369"/>
          <w:jc w:val="center"/>
        </w:trPr>
        <w:tc>
          <w:tcPr>
            <w:tcW w:w="419" w:type="dxa"/>
            <w:vAlign w:val="center"/>
          </w:tcPr>
          <w:p w14:paraId="6F9DE676" w14:textId="23067248" w:rsidR="000F6291" w:rsidRPr="00324DC3" w:rsidRDefault="000F6291" w:rsidP="00324DC3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1.</w:t>
            </w:r>
          </w:p>
        </w:tc>
        <w:tc>
          <w:tcPr>
            <w:tcW w:w="5198" w:type="dxa"/>
            <w:vAlign w:val="center"/>
          </w:tcPr>
          <w:p w14:paraId="179F2C37" w14:textId="77777777" w:rsidR="000F6291" w:rsidRPr="00324DC3" w:rsidRDefault="000F6291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69" w:type="dxa"/>
            <w:vAlign w:val="center"/>
          </w:tcPr>
          <w:p w14:paraId="70827859" w14:textId="77777777" w:rsidR="000F6291" w:rsidRPr="00324DC3" w:rsidRDefault="000F6291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875" w:type="dxa"/>
            <w:vAlign w:val="center"/>
          </w:tcPr>
          <w:p w14:paraId="584FD31C" w14:textId="77777777" w:rsidR="000F6291" w:rsidRPr="00324DC3" w:rsidRDefault="000F6291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43" w:type="dxa"/>
            <w:vAlign w:val="center"/>
          </w:tcPr>
          <w:p w14:paraId="0962BEDA" w14:textId="77777777" w:rsidR="000F6291" w:rsidRPr="00324DC3" w:rsidRDefault="000F6291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06" w:type="dxa"/>
            <w:vAlign w:val="center"/>
          </w:tcPr>
          <w:p w14:paraId="2C407754" w14:textId="77777777" w:rsidR="000F6291" w:rsidRPr="00324DC3" w:rsidRDefault="000F6291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6291" w:rsidRPr="00324DC3" w14:paraId="06837F0B" w14:textId="77777777" w:rsidTr="000F6291">
        <w:trPr>
          <w:trHeight w:hRule="exact" w:val="369"/>
          <w:jc w:val="center"/>
        </w:trPr>
        <w:tc>
          <w:tcPr>
            <w:tcW w:w="419" w:type="dxa"/>
            <w:vAlign w:val="center"/>
          </w:tcPr>
          <w:p w14:paraId="598792B2" w14:textId="495B0B13" w:rsidR="000F6291" w:rsidRPr="00324DC3" w:rsidRDefault="000F6291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2.</w:t>
            </w:r>
          </w:p>
        </w:tc>
        <w:tc>
          <w:tcPr>
            <w:tcW w:w="5198" w:type="dxa"/>
            <w:vAlign w:val="center"/>
          </w:tcPr>
          <w:p w14:paraId="41139573" w14:textId="77777777" w:rsidR="000F6291" w:rsidRPr="00324DC3" w:rsidRDefault="000F6291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69" w:type="dxa"/>
            <w:vAlign w:val="center"/>
          </w:tcPr>
          <w:p w14:paraId="23468BF2" w14:textId="77777777" w:rsidR="000F6291" w:rsidRPr="00324DC3" w:rsidRDefault="000F6291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875" w:type="dxa"/>
            <w:vAlign w:val="center"/>
          </w:tcPr>
          <w:p w14:paraId="64738380" w14:textId="77777777" w:rsidR="000F6291" w:rsidRPr="00324DC3" w:rsidRDefault="000F6291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43" w:type="dxa"/>
            <w:vAlign w:val="center"/>
          </w:tcPr>
          <w:p w14:paraId="3E88B55E" w14:textId="77777777" w:rsidR="000F6291" w:rsidRPr="00324DC3" w:rsidRDefault="000F6291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06" w:type="dxa"/>
            <w:vAlign w:val="center"/>
          </w:tcPr>
          <w:p w14:paraId="1DA2B842" w14:textId="77777777" w:rsidR="000F6291" w:rsidRPr="00324DC3" w:rsidRDefault="000F6291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6291" w:rsidRPr="00324DC3" w14:paraId="3D580161" w14:textId="77777777" w:rsidTr="000F6291">
        <w:trPr>
          <w:trHeight w:hRule="exact" w:val="369"/>
          <w:jc w:val="center"/>
        </w:trPr>
        <w:tc>
          <w:tcPr>
            <w:tcW w:w="419" w:type="dxa"/>
            <w:vAlign w:val="center"/>
          </w:tcPr>
          <w:p w14:paraId="7DAD6BE9" w14:textId="44C4A65A" w:rsidR="000F6291" w:rsidRPr="00324DC3" w:rsidRDefault="000F6291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3.</w:t>
            </w:r>
          </w:p>
        </w:tc>
        <w:tc>
          <w:tcPr>
            <w:tcW w:w="5198" w:type="dxa"/>
            <w:vAlign w:val="center"/>
          </w:tcPr>
          <w:p w14:paraId="0111BC37" w14:textId="77777777" w:rsidR="000F6291" w:rsidRPr="00324DC3" w:rsidRDefault="000F6291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69" w:type="dxa"/>
            <w:vAlign w:val="center"/>
          </w:tcPr>
          <w:p w14:paraId="3EABD506" w14:textId="77777777" w:rsidR="000F6291" w:rsidRPr="00324DC3" w:rsidRDefault="000F6291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875" w:type="dxa"/>
            <w:vAlign w:val="center"/>
          </w:tcPr>
          <w:p w14:paraId="61182553" w14:textId="77777777" w:rsidR="000F6291" w:rsidRPr="00324DC3" w:rsidRDefault="000F6291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43" w:type="dxa"/>
            <w:vAlign w:val="center"/>
          </w:tcPr>
          <w:p w14:paraId="765CD716" w14:textId="77777777" w:rsidR="000F6291" w:rsidRPr="00324DC3" w:rsidRDefault="000F6291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06" w:type="dxa"/>
            <w:vAlign w:val="center"/>
          </w:tcPr>
          <w:p w14:paraId="62B46372" w14:textId="77777777" w:rsidR="000F6291" w:rsidRPr="00324DC3" w:rsidRDefault="000F6291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14:paraId="418B2B25" w14:textId="77777777" w:rsidR="00324DC3" w:rsidRPr="00324DC3" w:rsidRDefault="00324DC3">
      <w:pPr>
        <w:spacing w:after="0" w:line="240" w:lineRule="auto"/>
        <w:rPr>
          <w:rFonts w:ascii="Times New Roman" w:hAnsi="Times New Roman" w:cs="Times New Roman"/>
          <w:lang w:val="lv-LV"/>
        </w:rPr>
      </w:pPr>
    </w:p>
    <w:tbl>
      <w:tblPr>
        <w:tblW w:w="0" w:type="auto"/>
        <w:jc w:val="righ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50" w:type="dxa"/>
          <w:left w:w="80" w:type="dxa"/>
          <w:bottom w:w="50" w:type="dxa"/>
          <w:right w:w="80" w:type="dxa"/>
        </w:tblCellMar>
        <w:tblLook w:val="04A0" w:firstRow="1" w:lastRow="0" w:firstColumn="1" w:lastColumn="0" w:noHBand="0" w:noVBand="1"/>
      </w:tblPr>
      <w:tblGrid>
        <w:gridCol w:w="5165"/>
        <w:gridCol w:w="5435"/>
      </w:tblGrid>
      <w:tr w:rsidR="00202678" w:rsidRPr="00324DC3" w14:paraId="72CEDC35" w14:textId="77777777" w:rsidTr="00324DC3">
        <w:trPr>
          <w:jc w:val="right"/>
        </w:trPr>
        <w:tc>
          <w:tcPr>
            <w:tcW w:w="5165" w:type="dxa"/>
            <w:shd w:val="clear" w:color="auto" w:fill="F2F2F2"/>
            <w:vAlign w:val="center"/>
          </w:tcPr>
          <w:p w14:paraId="63E70F54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lang w:val="lv-LV"/>
              </w:rPr>
              <w:t>Starpsumma (EUR)</w:t>
            </w:r>
          </w:p>
        </w:tc>
        <w:tc>
          <w:tcPr>
            <w:tcW w:w="5435" w:type="dxa"/>
            <w:vAlign w:val="center"/>
          </w:tcPr>
          <w:p w14:paraId="3243EC59" w14:textId="77777777" w:rsidR="00202678" w:rsidRPr="00324DC3" w:rsidRDefault="00904E2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[__________]</w:t>
            </w:r>
          </w:p>
        </w:tc>
      </w:tr>
      <w:tr w:rsidR="00202678" w:rsidRPr="00324DC3" w14:paraId="36825D24" w14:textId="77777777" w:rsidTr="00324DC3">
        <w:trPr>
          <w:jc w:val="right"/>
        </w:trPr>
        <w:tc>
          <w:tcPr>
            <w:tcW w:w="5165" w:type="dxa"/>
            <w:shd w:val="clear" w:color="auto" w:fill="F2F2F2"/>
            <w:vAlign w:val="center"/>
          </w:tcPr>
          <w:p w14:paraId="04E2E135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lang w:val="lv-LV"/>
              </w:rPr>
              <w:t>Atlaide (EUR)</w:t>
            </w:r>
          </w:p>
        </w:tc>
        <w:tc>
          <w:tcPr>
            <w:tcW w:w="5435" w:type="dxa"/>
            <w:vAlign w:val="center"/>
          </w:tcPr>
          <w:p w14:paraId="0EE65CCA" w14:textId="77777777" w:rsidR="00202678" w:rsidRPr="00324DC3" w:rsidRDefault="00904E2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[__________]</w:t>
            </w:r>
          </w:p>
        </w:tc>
      </w:tr>
      <w:tr w:rsidR="00202678" w:rsidRPr="00324DC3" w14:paraId="6324CF03" w14:textId="77777777" w:rsidTr="00324DC3">
        <w:trPr>
          <w:jc w:val="right"/>
        </w:trPr>
        <w:tc>
          <w:tcPr>
            <w:tcW w:w="5165" w:type="dxa"/>
            <w:shd w:val="clear" w:color="auto" w:fill="F2F2F2"/>
            <w:vAlign w:val="center"/>
          </w:tcPr>
          <w:p w14:paraId="423C0AEA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lang w:val="lv-LV"/>
              </w:rPr>
              <w:t>Kopā apmaksai (EUR)</w:t>
            </w:r>
          </w:p>
        </w:tc>
        <w:tc>
          <w:tcPr>
            <w:tcW w:w="5435" w:type="dxa"/>
            <w:vAlign w:val="center"/>
          </w:tcPr>
          <w:p w14:paraId="147B8EDF" w14:textId="77777777" w:rsidR="00202678" w:rsidRPr="00324DC3" w:rsidRDefault="00904E2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[__________]</w:t>
            </w:r>
          </w:p>
        </w:tc>
      </w:tr>
    </w:tbl>
    <w:p w14:paraId="51345E89" w14:textId="77777777" w:rsidR="00324DC3" w:rsidRPr="00324DC3" w:rsidRDefault="00324DC3">
      <w:pPr>
        <w:spacing w:after="0" w:line="240" w:lineRule="auto"/>
        <w:rPr>
          <w:rFonts w:ascii="Times New Roman" w:hAnsi="Times New Roman" w:cs="Times New Roman"/>
          <w:b/>
          <w:lang w:val="lv-LV"/>
        </w:rPr>
      </w:pPr>
    </w:p>
    <w:p w14:paraId="1626834E" w14:textId="55EBC6BF" w:rsidR="00202678" w:rsidRPr="00324DC3" w:rsidRDefault="00904E2F">
      <w:pPr>
        <w:spacing w:after="0" w:line="240" w:lineRule="auto"/>
        <w:rPr>
          <w:rFonts w:ascii="Times New Roman" w:hAnsi="Times New Roman" w:cs="Times New Roman"/>
          <w:lang w:val="lv-LV"/>
        </w:rPr>
      </w:pPr>
      <w:r w:rsidRPr="00324DC3">
        <w:rPr>
          <w:rFonts w:ascii="Times New Roman" w:hAnsi="Times New Roman" w:cs="Times New Roman"/>
          <w:b/>
          <w:lang w:val="lv-LV"/>
        </w:rPr>
        <w:t>Apmaksas rekvizīti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50" w:type="dxa"/>
          <w:left w:w="80" w:type="dxa"/>
          <w:bottom w:w="50" w:type="dxa"/>
          <w:right w:w="80" w:type="dxa"/>
        </w:tblCellMar>
        <w:tblLook w:val="04A0" w:firstRow="1" w:lastRow="0" w:firstColumn="1" w:lastColumn="0" w:noHBand="0" w:noVBand="1"/>
      </w:tblPr>
      <w:tblGrid>
        <w:gridCol w:w="5270"/>
        <w:gridCol w:w="5270"/>
      </w:tblGrid>
      <w:tr w:rsidR="00202678" w:rsidRPr="00324DC3" w14:paraId="0673C460" w14:textId="77777777">
        <w:trPr>
          <w:jc w:val="center"/>
        </w:trPr>
        <w:tc>
          <w:tcPr>
            <w:tcW w:w="5270" w:type="dxa"/>
            <w:shd w:val="clear" w:color="auto" w:fill="F2F2F2"/>
            <w:vAlign w:val="center"/>
          </w:tcPr>
          <w:p w14:paraId="5E87F950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lang w:val="lv-LV"/>
              </w:rPr>
              <w:t>Saņēmējs</w:t>
            </w:r>
          </w:p>
        </w:tc>
        <w:tc>
          <w:tcPr>
            <w:tcW w:w="5270" w:type="dxa"/>
            <w:vAlign w:val="center"/>
          </w:tcPr>
          <w:p w14:paraId="217451D3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Latvijas Loka šaušanas federācija</w:t>
            </w:r>
          </w:p>
        </w:tc>
      </w:tr>
      <w:tr w:rsidR="00202678" w:rsidRPr="00324DC3" w14:paraId="5ED2AD70" w14:textId="77777777">
        <w:trPr>
          <w:jc w:val="center"/>
        </w:trPr>
        <w:tc>
          <w:tcPr>
            <w:tcW w:w="5270" w:type="dxa"/>
            <w:shd w:val="clear" w:color="auto" w:fill="F2F2F2"/>
            <w:vAlign w:val="center"/>
          </w:tcPr>
          <w:p w14:paraId="22415D9C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lang w:val="lv-LV"/>
              </w:rPr>
              <w:t>Bankas konts</w:t>
            </w:r>
          </w:p>
        </w:tc>
        <w:tc>
          <w:tcPr>
            <w:tcW w:w="5270" w:type="dxa"/>
            <w:vAlign w:val="center"/>
          </w:tcPr>
          <w:p w14:paraId="40B0EF21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LV31HABA0551037808313</w:t>
            </w:r>
          </w:p>
        </w:tc>
      </w:tr>
      <w:tr w:rsidR="00202678" w:rsidRPr="00324DC3" w14:paraId="183D0D48" w14:textId="77777777">
        <w:trPr>
          <w:jc w:val="center"/>
        </w:trPr>
        <w:tc>
          <w:tcPr>
            <w:tcW w:w="5270" w:type="dxa"/>
            <w:shd w:val="clear" w:color="auto" w:fill="F2F2F2"/>
            <w:vAlign w:val="center"/>
          </w:tcPr>
          <w:p w14:paraId="53548378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lang w:val="lv-LV"/>
              </w:rPr>
              <w:t>Banka</w:t>
            </w:r>
          </w:p>
        </w:tc>
        <w:tc>
          <w:tcPr>
            <w:tcW w:w="5270" w:type="dxa"/>
            <w:vAlign w:val="center"/>
          </w:tcPr>
          <w:p w14:paraId="6C446E01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AS Swedbank</w:t>
            </w:r>
          </w:p>
        </w:tc>
      </w:tr>
      <w:tr w:rsidR="00202678" w:rsidRPr="00324DC3" w14:paraId="32A9931C" w14:textId="77777777">
        <w:trPr>
          <w:jc w:val="center"/>
        </w:trPr>
        <w:tc>
          <w:tcPr>
            <w:tcW w:w="5270" w:type="dxa"/>
            <w:shd w:val="clear" w:color="auto" w:fill="F2F2F2"/>
            <w:vAlign w:val="center"/>
          </w:tcPr>
          <w:p w14:paraId="793352CD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lang w:val="lv-LV"/>
              </w:rPr>
              <w:t>Maksājuma mērķis</w:t>
            </w:r>
          </w:p>
        </w:tc>
        <w:tc>
          <w:tcPr>
            <w:tcW w:w="5270" w:type="dxa"/>
            <w:vAlign w:val="center"/>
          </w:tcPr>
          <w:p w14:paraId="40FC85E6" w14:textId="7F674266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[</w:t>
            </w:r>
            <w:r w:rsidR="000F6291">
              <w:rPr>
                <w:rFonts w:ascii="Times New Roman" w:hAnsi="Times New Roman" w:cs="Times New Roman"/>
                <w:lang w:val="lv-LV"/>
              </w:rPr>
              <w:t>Maksājuma mērķis]</w:t>
            </w:r>
          </w:p>
        </w:tc>
      </w:tr>
    </w:tbl>
    <w:p w14:paraId="12138516" w14:textId="77777777" w:rsidR="00324DC3" w:rsidRPr="00324DC3" w:rsidRDefault="00324DC3">
      <w:pPr>
        <w:spacing w:after="0" w:line="240" w:lineRule="auto"/>
        <w:rPr>
          <w:rFonts w:ascii="Times New Roman" w:hAnsi="Times New Roman" w:cs="Times New Roman"/>
          <w:sz w:val="18"/>
          <w:lang w:val="lv-LV"/>
        </w:rPr>
      </w:pPr>
    </w:p>
    <w:p w14:paraId="2E7D68BF" w14:textId="73F590B7" w:rsidR="00202678" w:rsidRPr="00324DC3" w:rsidRDefault="00904E2F">
      <w:pPr>
        <w:spacing w:after="0" w:line="240" w:lineRule="auto"/>
        <w:rPr>
          <w:rFonts w:ascii="Times New Roman" w:hAnsi="Times New Roman" w:cs="Times New Roman"/>
          <w:sz w:val="18"/>
          <w:lang w:val="lv-LV"/>
        </w:rPr>
      </w:pPr>
      <w:r w:rsidRPr="00324DC3">
        <w:rPr>
          <w:rFonts w:ascii="Times New Roman" w:hAnsi="Times New Roman" w:cs="Times New Roman"/>
          <w:sz w:val="18"/>
          <w:lang w:val="lv-LV"/>
        </w:rPr>
        <w:t xml:space="preserve">Piezīme: šis aizpildītais rēķins-paziņojums kopā ar </w:t>
      </w:r>
      <w:r w:rsidR="000F6291">
        <w:rPr>
          <w:rFonts w:ascii="Times New Roman" w:hAnsi="Times New Roman" w:cs="Times New Roman"/>
          <w:sz w:val="18"/>
          <w:lang w:val="lv-LV"/>
        </w:rPr>
        <w:t xml:space="preserve">federācijas </w:t>
      </w:r>
      <w:r w:rsidR="000F6291" w:rsidRPr="000F6291">
        <w:rPr>
          <w:rFonts w:ascii="Times New Roman" w:hAnsi="Times New Roman" w:cs="Times New Roman"/>
          <w:sz w:val="18"/>
          <w:lang w:val="lv-LV"/>
        </w:rPr>
        <w:t>statūt</w:t>
      </w:r>
      <w:r w:rsidR="000F6291">
        <w:rPr>
          <w:rFonts w:ascii="Times New Roman" w:hAnsi="Times New Roman" w:cs="Times New Roman"/>
          <w:sz w:val="18"/>
          <w:lang w:val="lv-LV"/>
        </w:rPr>
        <w:t>iem</w:t>
      </w:r>
      <w:r w:rsidR="000F6291" w:rsidRPr="000F6291">
        <w:rPr>
          <w:rFonts w:ascii="Times New Roman" w:hAnsi="Times New Roman" w:cs="Times New Roman"/>
          <w:sz w:val="18"/>
          <w:lang w:val="lv-LV"/>
        </w:rPr>
        <w:t>, nolikum</w:t>
      </w:r>
      <w:r w:rsidR="000F6291">
        <w:rPr>
          <w:rFonts w:ascii="Times New Roman" w:hAnsi="Times New Roman" w:cs="Times New Roman"/>
          <w:sz w:val="18"/>
          <w:lang w:val="lv-LV"/>
        </w:rPr>
        <w:t>iem</w:t>
      </w:r>
      <w:r w:rsidR="000F6291" w:rsidRPr="000F6291">
        <w:rPr>
          <w:rFonts w:ascii="Times New Roman" w:hAnsi="Times New Roman" w:cs="Times New Roman"/>
          <w:sz w:val="18"/>
          <w:lang w:val="lv-LV"/>
        </w:rPr>
        <w:t>, valdes lēmum</w:t>
      </w:r>
      <w:r w:rsidR="000F6291">
        <w:rPr>
          <w:rFonts w:ascii="Times New Roman" w:hAnsi="Times New Roman" w:cs="Times New Roman"/>
          <w:sz w:val="18"/>
          <w:lang w:val="lv-LV"/>
        </w:rPr>
        <w:t>u</w:t>
      </w:r>
      <w:r w:rsidR="000F6291" w:rsidRPr="000F6291">
        <w:rPr>
          <w:rFonts w:ascii="Times New Roman" w:hAnsi="Times New Roman" w:cs="Times New Roman"/>
          <w:sz w:val="18"/>
          <w:lang w:val="lv-LV"/>
        </w:rPr>
        <w:t>, kopsapulces lēmum</w:t>
      </w:r>
      <w:r w:rsidR="000F6291">
        <w:rPr>
          <w:rFonts w:ascii="Times New Roman" w:hAnsi="Times New Roman" w:cs="Times New Roman"/>
          <w:sz w:val="18"/>
          <w:lang w:val="lv-LV"/>
        </w:rPr>
        <w:t>u</w:t>
      </w:r>
      <w:r w:rsidR="000F6291" w:rsidRPr="000F6291">
        <w:rPr>
          <w:rFonts w:ascii="Times New Roman" w:hAnsi="Times New Roman" w:cs="Times New Roman"/>
          <w:sz w:val="18"/>
          <w:lang w:val="lv-LV"/>
        </w:rPr>
        <w:t xml:space="preserve"> vai citos federācijas apstiprinātos dokumen</w:t>
      </w:r>
      <w:r w:rsidR="000F6291">
        <w:rPr>
          <w:rFonts w:ascii="Times New Roman" w:hAnsi="Times New Roman" w:cs="Times New Roman"/>
          <w:sz w:val="18"/>
          <w:lang w:val="lv-LV"/>
        </w:rPr>
        <w:t xml:space="preserve">tu </w:t>
      </w:r>
      <w:r w:rsidRPr="00324DC3">
        <w:rPr>
          <w:rFonts w:ascii="Times New Roman" w:hAnsi="Times New Roman" w:cs="Times New Roman"/>
          <w:sz w:val="18"/>
          <w:lang w:val="lv-LV"/>
        </w:rPr>
        <w:t>un bankas maksājuma uzdevumu ir attaisnojuma dokuments grāmatvedības uzskaitei saskaņā ar Grāmatvedības likumu.</w:t>
      </w:r>
    </w:p>
    <w:p w14:paraId="26697077" w14:textId="77777777" w:rsidR="00324DC3" w:rsidRPr="00324DC3" w:rsidRDefault="00324DC3">
      <w:pPr>
        <w:spacing w:after="0" w:line="240" w:lineRule="auto"/>
        <w:rPr>
          <w:rFonts w:ascii="Times New Roman" w:hAnsi="Times New Roman" w:cs="Times New Roman"/>
          <w:lang w:val="lv-LV"/>
        </w:rPr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50" w:type="dxa"/>
          <w:left w:w="70" w:type="dxa"/>
          <w:bottom w:w="50" w:type="dxa"/>
          <w:right w:w="70" w:type="dxa"/>
        </w:tblCellMar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202678" w:rsidRPr="00324DC3" w14:paraId="3845D4C0" w14:textId="77777777">
        <w:trPr>
          <w:jc w:val="center"/>
        </w:trPr>
        <w:tc>
          <w:tcPr>
            <w:tcW w:w="2635" w:type="dxa"/>
            <w:shd w:val="clear" w:color="auto" w:fill="F2F2F2"/>
            <w:vAlign w:val="center"/>
          </w:tcPr>
          <w:p w14:paraId="1C283D7B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sz w:val="18"/>
                <w:lang w:val="lv-LV"/>
              </w:rPr>
              <w:t>Vārds, uzvārds</w:t>
            </w:r>
          </w:p>
        </w:tc>
        <w:tc>
          <w:tcPr>
            <w:tcW w:w="2635" w:type="dxa"/>
            <w:shd w:val="clear" w:color="auto" w:fill="F2F2F2"/>
            <w:vAlign w:val="center"/>
          </w:tcPr>
          <w:p w14:paraId="4ECB6635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sz w:val="18"/>
                <w:lang w:val="lv-LV"/>
              </w:rPr>
              <w:t>Amats</w:t>
            </w:r>
          </w:p>
        </w:tc>
        <w:tc>
          <w:tcPr>
            <w:tcW w:w="2635" w:type="dxa"/>
            <w:shd w:val="clear" w:color="auto" w:fill="F2F2F2"/>
            <w:vAlign w:val="center"/>
          </w:tcPr>
          <w:p w14:paraId="6C1CE6E1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sz w:val="18"/>
                <w:lang w:val="lv-LV"/>
              </w:rPr>
              <w:t>Paraksts</w:t>
            </w:r>
          </w:p>
        </w:tc>
        <w:tc>
          <w:tcPr>
            <w:tcW w:w="2635" w:type="dxa"/>
            <w:shd w:val="clear" w:color="auto" w:fill="F2F2F2"/>
            <w:vAlign w:val="center"/>
          </w:tcPr>
          <w:p w14:paraId="2BD22799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b/>
                <w:sz w:val="18"/>
                <w:lang w:val="lv-LV"/>
              </w:rPr>
              <w:t>Datums</w:t>
            </w:r>
          </w:p>
        </w:tc>
      </w:tr>
      <w:tr w:rsidR="00202678" w:rsidRPr="00324DC3" w14:paraId="075D340B" w14:textId="77777777">
        <w:trPr>
          <w:jc w:val="center"/>
        </w:trPr>
        <w:tc>
          <w:tcPr>
            <w:tcW w:w="2635" w:type="dxa"/>
            <w:vAlign w:val="center"/>
          </w:tcPr>
          <w:p w14:paraId="69FF9E1E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[____________________]</w:t>
            </w:r>
          </w:p>
        </w:tc>
        <w:tc>
          <w:tcPr>
            <w:tcW w:w="2635" w:type="dxa"/>
            <w:vAlign w:val="center"/>
          </w:tcPr>
          <w:p w14:paraId="0E61D2F9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[____________________]</w:t>
            </w:r>
          </w:p>
        </w:tc>
        <w:tc>
          <w:tcPr>
            <w:tcW w:w="2635" w:type="dxa"/>
            <w:vAlign w:val="center"/>
          </w:tcPr>
          <w:p w14:paraId="59E7476A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[____________________]</w:t>
            </w:r>
          </w:p>
        </w:tc>
        <w:tc>
          <w:tcPr>
            <w:tcW w:w="2635" w:type="dxa"/>
            <w:vAlign w:val="center"/>
          </w:tcPr>
          <w:p w14:paraId="18AB86C0" w14:textId="77777777" w:rsidR="00202678" w:rsidRPr="00324DC3" w:rsidRDefault="00904E2F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4DC3">
              <w:rPr>
                <w:rFonts w:ascii="Times New Roman" w:hAnsi="Times New Roman" w:cs="Times New Roman"/>
                <w:lang w:val="lv-LV"/>
              </w:rPr>
              <w:t>[____________________]</w:t>
            </w:r>
          </w:p>
        </w:tc>
      </w:tr>
    </w:tbl>
    <w:p w14:paraId="1DA237A1" w14:textId="77777777" w:rsidR="00202678" w:rsidRPr="00324DC3" w:rsidRDefault="00904E2F">
      <w:pPr>
        <w:spacing w:after="0" w:line="240" w:lineRule="auto"/>
        <w:rPr>
          <w:rFonts w:ascii="Times New Roman" w:hAnsi="Times New Roman" w:cs="Times New Roman"/>
          <w:lang w:val="lv-LV"/>
        </w:rPr>
      </w:pPr>
      <w:r w:rsidRPr="00324DC3">
        <w:rPr>
          <w:rFonts w:ascii="Times New Roman" w:hAnsi="Times New Roman" w:cs="Times New Roman"/>
          <w:i/>
          <w:sz w:val="17"/>
          <w:lang w:val="lv-LV"/>
        </w:rPr>
        <w:t>Dokuments sagatavots rēķinu-paziņojumu sistēmai; atsevišķs rēķins netiek izrakstīts.</w:t>
      </w:r>
    </w:p>
    <w:sectPr w:rsidR="00202678" w:rsidRPr="00324DC3" w:rsidSect="00034616">
      <w:pgSz w:w="12240" w:h="15840"/>
      <w:pgMar w:top="680" w:right="850" w:bottom="68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08551683">
    <w:abstractNumId w:val="8"/>
  </w:num>
  <w:num w:numId="2" w16cid:durableId="1621917474">
    <w:abstractNumId w:val="6"/>
  </w:num>
  <w:num w:numId="3" w16cid:durableId="2026250914">
    <w:abstractNumId w:val="5"/>
  </w:num>
  <w:num w:numId="4" w16cid:durableId="1522401355">
    <w:abstractNumId w:val="4"/>
  </w:num>
  <w:num w:numId="5" w16cid:durableId="493569520">
    <w:abstractNumId w:val="7"/>
  </w:num>
  <w:num w:numId="6" w16cid:durableId="2090497389">
    <w:abstractNumId w:val="3"/>
  </w:num>
  <w:num w:numId="7" w16cid:durableId="360477074">
    <w:abstractNumId w:val="2"/>
  </w:num>
  <w:num w:numId="8" w16cid:durableId="844973597">
    <w:abstractNumId w:val="1"/>
  </w:num>
  <w:num w:numId="9" w16cid:durableId="987855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6291"/>
    <w:rsid w:val="0015074B"/>
    <w:rsid w:val="00202678"/>
    <w:rsid w:val="0029639D"/>
    <w:rsid w:val="002A68C4"/>
    <w:rsid w:val="00324DC3"/>
    <w:rsid w:val="00326F90"/>
    <w:rsid w:val="00820EBE"/>
    <w:rsid w:val="00904E2F"/>
    <w:rsid w:val="00AA1D8D"/>
    <w:rsid w:val="00B47730"/>
    <w:rsid w:val="00B90632"/>
    <w:rsid w:val="00C0288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256E93"/>
  <w14:defaultImageDpi w14:val="300"/>
  <w15:docId w15:val="{E163798E-A9F7-4815-869F-080F3135D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324D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4D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alde@archery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sts@archery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BB04E3F-3B09-466E-890B-F57C5BD34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961</Words>
  <Characters>549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Agate Zālīte</cp:lastModifiedBy>
  <cp:revision>4</cp:revision>
  <dcterms:created xsi:type="dcterms:W3CDTF">2026-01-29T08:11:00Z</dcterms:created>
  <dcterms:modified xsi:type="dcterms:W3CDTF">2026-05-05T12:36:00Z</dcterms:modified>
</cp:coreProperties>
</file>